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E1F5A7" w14:textId="3E9FB542" w:rsidR="00775FBA" w:rsidRPr="00136EC4" w:rsidRDefault="00000000" w:rsidP="00077CF9">
      <w:pPr>
        <w:jc w:val="center"/>
        <w:rPr>
          <w:rFonts w:ascii="Verdana" w:hAnsi="Verdana"/>
          <w:b/>
          <w:color w:val="000000" w:themeColor="text1"/>
          <w:sz w:val="34"/>
          <w:lang w:val="nl-NL"/>
        </w:rPr>
      </w:pPr>
      <w:r w:rsidRPr="00136EC4">
        <w:rPr>
          <w:rFonts w:ascii="Verdana" w:hAnsi="Verdana"/>
          <w:b/>
          <w:color w:val="000000" w:themeColor="text1"/>
          <w:sz w:val="34"/>
          <w:lang w:val="nl-NL"/>
        </w:rPr>
        <w:t>KENNEDYMARS VIJFHUIZEN</w:t>
      </w:r>
      <w:r w:rsidR="00077CF9" w:rsidRPr="00136EC4">
        <w:rPr>
          <w:rFonts w:ascii="Verdana" w:hAnsi="Verdana"/>
          <w:b/>
          <w:color w:val="000000" w:themeColor="text1"/>
          <w:sz w:val="34"/>
          <w:lang w:val="nl-NL"/>
        </w:rPr>
        <w:t xml:space="preserve"> </w:t>
      </w:r>
    </w:p>
    <w:p w14:paraId="57C102F4" w14:textId="51840FA8" w:rsidR="00D26906" w:rsidRPr="00A44E6A" w:rsidRDefault="00000000" w:rsidP="00077CF9">
      <w:pPr>
        <w:jc w:val="center"/>
        <w:rPr>
          <w:rFonts w:ascii="Verdana" w:hAnsi="Verdana"/>
          <w:b/>
          <w:color w:val="000000" w:themeColor="text1"/>
          <w:sz w:val="28"/>
          <w:szCs w:val="28"/>
          <w:lang w:val="nl-NL"/>
        </w:rPr>
      </w:pPr>
      <w:r w:rsidRPr="00A44E6A">
        <w:rPr>
          <w:rFonts w:ascii="Verdana" w:hAnsi="Verdana"/>
          <w:b/>
          <w:color w:val="000000" w:themeColor="text1"/>
          <w:sz w:val="28"/>
          <w:szCs w:val="28"/>
          <w:lang w:val="nl-NL"/>
        </w:rPr>
        <w:t>ROUTEBESCHRIJVING</w:t>
      </w:r>
      <w:r w:rsidR="00775FBA" w:rsidRPr="00A44E6A">
        <w:rPr>
          <w:rFonts w:ascii="Verdana" w:hAnsi="Verdana"/>
          <w:b/>
          <w:color w:val="000000" w:themeColor="text1"/>
          <w:sz w:val="28"/>
          <w:szCs w:val="28"/>
          <w:lang w:val="nl-NL"/>
        </w:rPr>
        <w:t xml:space="preserve"> 2026</w:t>
      </w:r>
      <w:r w:rsidR="00136EC4" w:rsidRPr="00A44E6A">
        <w:rPr>
          <w:rFonts w:ascii="Verdana" w:hAnsi="Verdana"/>
          <w:b/>
          <w:color w:val="000000" w:themeColor="text1"/>
          <w:sz w:val="28"/>
          <w:szCs w:val="28"/>
          <w:lang w:val="nl-NL"/>
        </w:rPr>
        <w:t xml:space="preserve"> – editie 17</w:t>
      </w:r>
    </w:p>
    <w:p w14:paraId="229B1E43" w14:textId="342F292A" w:rsidR="00D26906" w:rsidRPr="00965D45" w:rsidRDefault="00D26906">
      <w:pPr>
        <w:jc w:val="center"/>
        <w:rPr>
          <w:rFonts w:ascii="Verdana" w:hAnsi="Verdana"/>
          <w:lang w:val="nl-NL"/>
        </w:rPr>
      </w:pPr>
    </w:p>
    <w:tbl>
      <w:tblPr>
        <w:tblStyle w:val="Tabelraster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276"/>
        <w:gridCol w:w="5834"/>
        <w:gridCol w:w="970"/>
      </w:tblGrid>
      <w:tr w:rsidR="00D26906" w:rsidRPr="00136EC4" w14:paraId="63395DA4" w14:textId="77777777" w:rsidTr="00077CF9">
        <w:trPr>
          <w:jc w:val="center"/>
        </w:trPr>
        <w:tc>
          <w:tcPr>
            <w:tcW w:w="1134" w:type="dxa"/>
            <w:shd w:val="clear" w:color="auto" w:fill="D9E1F2"/>
            <w:vAlign w:val="center"/>
          </w:tcPr>
          <w:p w14:paraId="33E4BF17" w14:textId="77777777" w:rsidR="00D26906" w:rsidRPr="00136EC4" w:rsidRDefault="00000000">
            <w:pPr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Nr.</w:t>
            </w:r>
          </w:p>
        </w:tc>
        <w:tc>
          <w:tcPr>
            <w:tcW w:w="1276" w:type="dxa"/>
            <w:shd w:val="clear" w:color="auto" w:fill="D9E1F2"/>
            <w:vAlign w:val="center"/>
          </w:tcPr>
          <w:p w14:paraId="6983AB85" w14:textId="77777777" w:rsidR="00D26906" w:rsidRPr="00136EC4" w:rsidRDefault="00000000">
            <w:pPr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Ri.</w:t>
            </w:r>
          </w:p>
        </w:tc>
        <w:tc>
          <w:tcPr>
            <w:tcW w:w="5834" w:type="dxa"/>
            <w:shd w:val="clear" w:color="auto" w:fill="D9E1F2"/>
            <w:vAlign w:val="center"/>
          </w:tcPr>
          <w:p w14:paraId="7B58092B" w14:textId="77777777" w:rsidR="00D26906" w:rsidRPr="00136EC4" w:rsidRDefault="00000000">
            <w:pPr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Omschrijving</w:t>
            </w:r>
            <w:proofErr w:type="spellEnd"/>
          </w:p>
        </w:tc>
        <w:tc>
          <w:tcPr>
            <w:tcW w:w="970" w:type="dxa"/>
            <w:shd w:val="clear" w:color="auto" w:fill="D9E1F2"/>
            <w:vAlign w:val="center"/>
          </w:tcPr>
          <w:p w14:paraId="7B64C07C" w14:textId="77777777" w:rsidR="00D26906" w:rsidRPr="00136EC4" w:rsidRDefault="00000000">
            <w:pPr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>KM</w:t>
            </w:r>
          </w:p>
        </w:tc>
      </w:tr>
      <w:tr w:rsidR="00D26906" w:rsidRPr="00136EC4" w14:paraId="38E8FE25" w14:textId="77777777" w:rsidTr="00077CF9">
        <w:trPr>
          <w:jc w:val="center"/>
        </w:trPr>
        <w:tc>
          <w:tcPr>
            <w:tcW w:w="1134" w:type="dxa"/>
            <w:vAlign w:val="center"/>
          </w:tcPr>
          <w:p w14:paraId="2ACA3B8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2B59EFC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344F667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Vanuit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tent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Zijdewinde</w:t>
            </w:r>
            <w:proofErr w:type="spellEnd"/>
          </w:p>
        </w:tc>
        <w:tc>
          <w:tcPr>
            <w:tcW w:w="970" w:type="dxa"/>
            <w:vAlign w:val="center"/>
          </w:tcPr>
          <w:p w14:paraId="651A317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0</w:t>
            </w:r>
          </w:p>
        </w:tc>
      </w:tr>
      <w:tr w:rsidR="00D26906" w:rsidRPr="00136EC4" w14:paraId="2365BF40" w14:textId="77777777" w:rsidTr="00077CF9">
        <w:trPr>
          <w:jc w:val="center"/>
        </w:trPr>
        <w:tc>
          <w:tcPr>
            <w:tcW w:w="1134" w:type="dxa"/>
            <w:vAlign w:val="center"/>
          </w:tcPr>
          <w:p w14:paraId="5D6AAFB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60E3533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0BFB97F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Mient</w:t>
            </w:r>
            <w:proofErr w:type="spellEnd"/>
          </w:p>
        </w:tc>
        <w:tc>
          <w:tcPr>
            <w:tcW w:w="970" w:type="dxa"/>
            <w:vAlign w:val="center"/>
          </w:tcPr>
          <w:p w14:paraId="4E014FF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3EA6D6E2" w14:textId="77777777" w:rsidTr="00077CF9">
        <w:trPr>
          <w:jc w:val="center"/>
        </w:trPr>
        <w:tc>
          <w:tcPr>
            <w:tcW w:w="1134" w:type="dxa"/>
            <w:vAlign w:val="center"/>
          </w:tcPr>
          <w:p w14:paraId="1166D22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30988B6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7284CC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Kromme Spieringweg tot einde (Links houden!)</w:t>
            </w:r>
          </w:p>
        </w:tc>
        <w:tc>
          <w:tcPr>
            <w:tcW w:w="970" w:type="dxa"/>
            <w:vAlign w:val="center"/>
          </w:tcPr>
          <w:p w14:paraId="101632C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642BC78B" w14:textId="77777777" w:rsidTr="00077CF9">
        <w:trPr>
          <w:jc w:val="center"/>
        </w:trPr>
        <w:tc>
          <w:tcPr>
            <w:tcW w:w="1134" w:type="dxa"/>
            <w:vAlign w:val="center"/>
          </w:tcPr>
          <w:p w14:paraId="218E66B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6F07EA7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1DBB1C4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rotonde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oversteken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en</w:t>
            </w:r>
            <w:proofErr w:type="spellEnd"/>
          </w:p>
        </w:tc>
        <w:tc>
          <w:tcPr>
            <w:tcW w:w="970" w:type="dxa"/>
            <w:vAlign w:val="center"/>
          </w:tcPr>
          <w:p w14:paraId="2E39382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6687BEB6" w14:textId="77777777" w:rsidTr="00077CF9">
        <w:trPr>
          <w:jc w:val="center"/>
        </w:trPr>
        <w:tc>
          <w:tcPr>
            <w:tcW w:w="1134" w:type="dxa"/>
            <w:vAlign w:val="center"/>
          </w:tcPr>
          <w:p w14:paraId="7E93131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14:paraId="6B50FD6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1D1719C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Viaduct Driemerenweg onderdoor en na rotonde</w:t>
            </w:r>
          </w:p>
        </w:tc>
        <w:tc>
          <w:tcPr>
            <w:tcW w:w="970" w:type="dxa"/>
            <w:vAlign w:val="center"/>
          </w:tcPr>
          <w:p w14:paraId="1A45101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494673A7" w14:textId="77777777" w:rsidTr="00077CF9">
        <w:trPr>
          <w:jc w:val="center"/>
        </w:trPr>
        <w:tc>
          <w:tcPr>
            <w:tcW w:w="1134" w:type="dxa"/>
            <w:vAlign w:val="center"/>
          </w:tcPr>
          <w:p w14:paraId="00AC435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6B9FC6F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BA1606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Oversteken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bruggetje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over</w:t>
            </w:r>
          </w:p>
        </w:tc>
        <w:tc>
          <w:tcPr>
            <w:tcW w:w="970" w:type="dxa"/>
            <w:vAlign w:val="center"/>
          </w:tcPr>
          <w:p w14:paraId="28FB3C5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1F5B8A35" w14:textId="77777777" w:rsidTr="00077CF9">
        <w:trPr>
          <w:jc w:val="center"/>
        </w:trPr>
        <w:tc>
          <w:tcPr>
            <w:tcW w:w="1134" w:type="dxa"/>
            <w:vAlign w:val="center"/>
          </w:tcPr>
          <w:p w14:paraId="2ECFA14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6E6B62A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28B3B70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Fietspad langs Polderbaan tot einde, zijwegen negeren</w:t>
            </w:r>
          </w:p>
        </w:tc>
        <w:tc>
          <w:tcPr>
            <w:tcW w:w="970" w:type="dxa"/>
            <w:vAlign w:val="center"/>
          </w:tcPr>
          <w:p w14:paraId="1181105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ACB03B1" w14:textId="77777777" w:rsidTr="00077CF9">
        <w:trPr>
          <w:jc w:val="center"/>
        </w:trPr>
        <w:tc>
          <w:tcPr>
            <w:tcW w:w="1134" w:type="dxa"/>
            <w:vAlign w:val="center"/>
          </w:tcPr>
          <w:p w14:paraId="15D1CF2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1276" w:type="dxa"/>
            <w:vAlign w:val="center"/>
          </w:tcPr>
          <w:p w14:paraId="2D03B71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294F87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IJweg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volgen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Vijfhuizerweg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oversteken</w:t>
            </w:r>
            <w:proofErr w:type="spellEnd"/>
          </w:p>
        </w:tc>
        <w:tc>
          <w:tcPr>
            <w:tcW w:w="970" w:type="dxa"/>
            <w:vAlign w:val="center"/>
          </w:tcPr>
          <w:p w14:paraId="280C4BF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32C71B7" w14:textId="77777777" w:rsidTr="00077CF9">
        <w:trPr>
          <w:jc w:val="center"/>
        </w:trPr>
        <w:tc>
          <w:tcPr>
            <w:tcW w:w="1134" w:type="dxa"/>
            <w:vAlign w:val="center"/>
          </w:tcPr>
          <w:p w14:paraId="5959A0A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14:paraId="5E74EA2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648B37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IJweg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fietspad aanhouden tot Liniedijk</w:t>
            </w:r>
          </w:p>
        </w:tc>
        <w:tc>
          <w:tcPr>
            <w:tcW w:w="970" w:type="dxa"/>
            <w:vAlign w:val="center"/>
          </w:tcPr>
          <w:p w14:paraId="6E18A98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1D1C466E" w14:textId="77777777" w:rsidTr="00077CF9">
        <w:trPr>
          <w:jc w:val="center"/>
        </w:trPr>
        <w:tc>
          <w:tcPr>
            <w:tcW w:w="1134" w:type="dxa"/>
            <w:vAlign w:val="center"/>
          </w:tcPr>
          <w:p w14:paraId="1B1352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4F5F033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B0C06E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Liniedijk tot aan fietsersbrug rechts, na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veerooster</w:t>
            </w:r>
            <w:proofErr w:type="spellEnd"/>
          </w:p>
        </w:tc>
        <w:tc>
          <w:tcPr>
            <w:tcW w:w="970" w:type="dxa"/>
            <w:vAlign w:val="center"/>
          </w:tcPr>
          <w:p w14:paraId="67720AF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5CE5E8DC" w14:textId="77777777" w:rsidTr="00077CF9">
        <w:trPr>
          <w:jc w:val="center"/>
        </w:trPr>
        <w:tc>
          <w:tcPr>
            <w:tcW w:w="1134" w:type="dxa"/>
            <w:vAlign w:val="center"/>
          </w:tcPr>
          <w:p w14:paraId="60C6BE7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</w:t>
            </w:r>
          </w:p>
        </w:tc>
        <w:tc>
          <w:tcPr>
            <w:tcW w:w="1276" w:type="dxa"/>
            <w:vAlign w:val="center"/>
          </w:tcPr>
          <w:p w14:paraId="43864A5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11DE4399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Fietsbrug over, Citadel, Zuidtangent (busbaan) oversteken</w:t>
            </w:r>
          </w:p>
        </w:tc>
        <w:tc>
          <w:tcPr>
            <w:tcW w:w="970" w:type="dxa"/>
            <w:vAlign w:val="center"/>
          </w:tcPr>
          <w:p w14:paraId="16D3F83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6A06F204" w14:textId="77777777" w:rsidTr="00077CF9">
        <w:trPr>
          <w:jc w:val="center"/>
        </w:trPr>
        <w:tc>
          <w:tcPr>
            <w:tcW w:w="1134" w:type="dxa"/>
            <w:vAlign w:val="center"/>
          </w:tcPr>
          <w:p w14:paraId="7B23376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14:paraId="11126C4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0AD18AA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Schans</w:t>
            </w:r>
            <w:proofErr w:type="spellEnd"/>
          </w:p>
        </w:tc>
        <w:tc>
          <w:tcPr>
            <w:tcW w:w="970" w:type="dxa"/>
            <w:vAlign w:val="center"/>
          </w:tcPr>
          <w:p w14:paraId="23C224B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762EFD27" w14:textId="77777777" w:rsidTr="00077CF9">
        <w:trPr>
          <w:jc w:val="center"/>
        </w:trPr>
        <w:tc>
          <w:tcPr>
            <w:tcW w:w="1134" w:type="dxa"/>
            <w:vAlign w:val="center"/>
          </w:tcPr>
          <w:p w14:paraId="277F817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</w:t>
            </w:r>
          </w:p>
        </w:tc>
        <w:tc>
          <w:tcPr>
            <w:tcW w:w="1276" w:type="dxa"/>
            <w:vAlign w:val="center"/>
          </w:tcPr>
          <w:p w14:paraId="6197397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183F4F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Ravelijn</w:t>
            </w:r>
            <w:proofErr w:type="spellEnd"/>
          </w:p>
        </w:tc>
        <w:tc>
          <w:tcPr>
            <w:tcW w:w="970" w:type="dxa"/>
            <w:vAlign w:val="center"/>
          </w:tcPr>
          <w:p w14:paraId="3E58F80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61FFEB60" w14:textId="77777777" w:rsidTr="00077CF9">
        <w:trPr>
          <w:jc w:val="center"/>
        </w:trPr>
        <w:tc>
          <w:tcPr>
            <w:tcW w:w="1134" w:type="dxa"/>
            <w:vAlign w:val="center"/>
          </w:tcPr>
          <w:p w14:paraId="03B2AEB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</w:t>
            </w:r>
          </w:p>
        </w:tc>
        <w:tc>
          <w:tcPr>
            <w:tcW w:w="1276" w:type="dxa"/>
            <w:vAlign w:val="center"/>
          </w:tcPr>
          <w:p w14:paraId="78E56B6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145584B1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Fietsbrug oversteken, kijk uit!!    Naar de tent</w:t>
            </w:r>
          </w:p>
        </w:tc>
        <w:tc>
          <w:tcPr>
            <w:tcW w:w="970" w:type="dxa"/>
            <w:vAlign w:val="center"/>
          </w:tcPr>
          <w:p w14:paraId="2FD037F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3BC245B0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31F5AA4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15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3891341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RD</w:t>
            </w:r>
          </w:p>
        </w:tc>
        <w:tc>
          <w:tcPr>
            <w:tcW w:w="5834" w:type="dxa"/>
            <w:shd w:val="clear" w:color="auto" w:fill="000000"/>
            <w:vAlign w:val="center"/>
          </w:tcPr>
          <w:p w14:paraId="35872959" w14:textId="2C4BFBBE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Zijdewinde tot tent en &lt;&lt; RUST &gt;&gt;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br/>
              <w:t>Open van 22.00 tot 01.00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 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1D4A058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12,8</w:t>
            </w:r>
          </w:p>
        </w:tc>
      </w:tr>
      <w:tr w:rsidR="00D26906" w:rsidRPr="00136EC4" w14:paraId="4D2DF943" w14:textId="77777777" w:rsidTr="00077CF9">
        <w:trPr>
          <w:jc w:val="center"/>
        </w:trPr>
        <w:tc>
          <w:tcPr>
            <w:tcW w:w="1134" w:type="dxa"/>
            <w:vAlign w:val="center"/>
          </w:tcPr>
          <w:p w14:paraId="26F8354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16</w:t>
            </w:r>
          </w:p>
        </w:tc>
        <w:tc>
          <w:tcPr>
            <w:tcW w:w="1276" w:type="dxa"/>
            <w:vAlign w:val="center"/>
          </w:tcPr>
          <w:p w14:paraId="1B208B1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4A84778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Herenweg</w:t>
            </w:r>
            <w:proofErr w:type="spellEnd"/>
          </w:p>
        </w:tc>
        <w:tc>
          <w:tcPr>
            <w:tcW w:w="970" w:type="dxa"/>
            <w:vAlign w:val="center"/>
          </w:tcPr>
          <w:p w14:paraId="56E93F4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0923C368" w14:textId="77777777" w:rsidTr="00077CF9">
        <w:trPr>
          <w:jc w:val="center"/>
        </w:trPr>
        <w:tc>
          <w:tcPr>
            <w:tcW w:w="1134" w:type="dxa"/>
            <w:vAlign w:val="center"/>
          </w:tcPr>
          <w:p w14:paraId="77C0511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14:paraId="27F3995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474EDBC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D’Yserinckweg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(links aanhouden) tot aan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Vijfhuizerdijk</w:t>
            </w:r>
            <w:proofErr w:type="spellEnd"/>
          </w:p>
        </w:tc>
        <w:tc>
          <w:tcPr>
            <w:tcW w:w="970" w:type="dxa"/>
            <w:vAlign w:val="center"/>
          </w:tcPr>
          <w:p w14:paraId="3753139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30BCECCB" w14:textId="77777777" w:rsidTr="00077CF9">
        <w:trPr>
          <w:jc w:val="center"/>
        </w:trPr>
        <w:tc>
          <w:tcPr>
            <w:tcW w:w="1134" w:type="dxa"/>
            <w:vAlign w:val="center"/>
          </w:tcPr>
          <w:p w14:paraId="3C0C12B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18</w:t>
            </w:r>
          </w:p>
        </w:tc>
        <w:tc>
          <w:tcPr>
            <w:tcW w:w="1276" w:type="dxa"/>
            <w:vAlign w:val="center"/>
          </w:tcPr>
          <w:p w14:paraId="36360D0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529FBC7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Vijfhuizerdijk</w:t>
            </w:r>
            <w:proofErr w:type="spellEnd"/>
          </w:p>
        </w:tc>
        <w:tc>
          <w:tcPr>
            <w:tcW w:w="970" w:type="dxa"/>
            <w:vAlign w:val="center"/>
          </w:tcPr>
          <w:p w14:paraId="550EB83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F1FB2DB" w14:textId="77777777" w:rsidTr="00077CF9">
        <w:trPr>
          <w:jc w:val="center"/>
        </w:trPr>
        <w:tc>
          <w:tcPr>
            <w:tcW w:w="1134" w:type="dxa"/>
            <w:vAlign w:val="center"/>
          </w:tcPr>
          <w:p w14:paraId="5AD4FC0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19</w:t>
            </w:r>
          </w:p>
        </w:tc>
        <w:tc>
          <w:tcPr>
            <w:tcW w:w="1276" w:type="dxa"/>
            <w:vAlign w:val="center"/>
          </w:tcPr>
          <w:p w14:paraId="37D5F2B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5CDEDB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Bruggetje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over de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Ringvaart</w:t>
            </w:r>
            <w:proofErr w:type="spellEnd"/>
          </w:p>
        </w:tc>
        <w:tc>
          <w:tcPr>
            <w:tcW w:w="970" w:type="dxa"/>
            <w:vAlign w:val="center"/>
          </w:tcPr>
          <w:p w14:paraId="6826448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B7A0FBD" w14:textId="77777777" w:rsidTr="00077CF9">
        <w:trPr>
          <w:jc w:val="center"/>
        </w:trPr>
        <w:tc>
          <w:tcPr>
            <w:tcW w:w="1134" w:type="dxa"/>
            <w:vAlign w:val="center"/>
          </w:tcPr>
          <w:p w14:paraId="1E1D3DC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14:paraId="62D8847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75E9C67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Fietspad langs Zuidtangent (busbaan) volgen</w:t>
            </w:r>
          </w:p>
        </w:tc>
        <w:tc>
          <w:tcPr>
            <w:tcW w:w="970" w:type="dxa"/>
            <w:vAlign w:val="center"/>
          </w:tcPr>
          <w:p w14:paraId="73A2E6B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1B92FDBB" w14:textId="77777777" w:rsidTr="00077CF9">
        <w:trPr>
          <w:jc w:val="center"/>
        </w:trPr>
        <w:tc>
          <w:tcPr>
            <w:tcW w:w="1134" w:type="dxa"/>
            <w:vAlign w:val="center"/>
          </w:tcPr>
          <w:p w14:paraId="24BA98E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2588CE8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C68E200" w14:textId="560CDF55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T</w:t>
            </w:r>
            <w:r w:rsidR="00136EC4">
              <w:rPr>
                <w:rFonts w:ascii="Verdana" w:hAnsi="Verdana"/>
                <w:sz w:val="18"/>
                <w:szCs w:val="18"/>
                <w:lang w:val="nl-NL"/>
              </w:rPr>
              <w:t>hv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Aziëweg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, (flat) Fortenroute volgen richting ringvaart</w:t>
            </w:r>
          </w:p>
        </w:tc>
        <w:tc>
          <w:tcPr>
            <w:tcW w:w="970" w:type="dxa"/>
            <w:vAlign w:val="center"/>
          </w:tcPr>
          <w:p w14:paraId="2EB2C74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012D361B" w14:textId="77777777" w:rsidTr="00077CF9">
        <w:trPr>
          <w:jc w:val="center"/>
        </w:trPr>
        <w:tc>
          <w:tcPr>
            <w:tcW w:w="1134" w:type="dxa"/>
            <w:vAlign w:val="center"/>
          </w:tcPr>
          <w:p w14:paraId="711C9EB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22</w:t>
            </w:r>
          </w:p>
        </w:tc>
        <w:tc>
          <w:tcPr>
            <w:tcW w:w="1276" w:type="dxa"/>
            <w:vAlign w:val="center"/>
          </w:tcPr>
          <w:p w14:paraId="72028E2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71451B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Bijenpad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volgen, later klaphek door</w:t>
            </w:r>
          </w:p>
        </w:tc>
        <w:tc>
          <w:tcPr>
            <w:tcW w:w="970" w:type="dxa"/>
            <w:vAlign w:val="center"/>
          </w:tcPr>
          <w:p w14:paraId="1190F5A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64F2A400" w14:textId="77777777" w:rsidTr="00077CF9">
        <w:trPr>
          <w:jc w:val="center"/>
        </w:trPr>
        <w:tc>
          <w:tcPr>
            <w:tcW w:w="1134" w:type="dxa"/>
            <w:vAlign w:val="center"/>
          </w:tcPr>
          <w:p w14:paraId="3E8157E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23</w:t>
            </w:r>
          </w:p>
        </w:tc>
        <w:tc>
          <w:tcPr>
            <w:tcW w:w="1276" w:type="dxa"/>
            <w:vAlign w:val="center"/>
          </w:tcPr>
          <w:p w14:paraId="0315948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6DEEF38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Langs Ringvaart, Rechts aanhouden viaduct Boerhaavelaan</w:t>
            </w:r>
          </w:p>
        </w:tc>
        <w:tc>
          <w:tcPr>
            <w:tcW w:w="970" w:type="dxa"/>
            <w:vAlign w:val="center"/>
          </w:tcPr>
          <w:p w14:paraId="030153A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4A427ADA" w14:textId="77777777" w:rsidTr="00077CF9">
        <w:trPr>
          <w:jc w:val="center"/>
        </w:trPr>
        <w:tc>
          <w:tcPr>
            <w:tcW w:w="1134" w:type="dxa"/>
            <w:vAlign w:val="center"/>
          </w:tcPr>
          <w:p w14:paraId="4B8A83A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24</w:t>
            </w:r>
          </w:p>
        </w:tc>
        <w:tc>
          <w:tcPr>
            <w:tcW w:w="1276" w:type="dxa"/>
            <w:vAlign w:val="center"/>
          </w:tcPr>
          <w:p w14:paraId="1BE9342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5C825C29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2e viaduct onderdoor tot huisje</w:t>
            </w:r>
          </w:p>
        </w:tc>
        <w:tc>
          <w:tcPr>
            <w:tcW w:w="970" w:type="dxa"/>
            <w:vAlign w:val="center"/>
          </w:tcPr>
          <w:p w14:paraId="1016803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22F20AD4" w14:textId="77777777" w:rsidTr="00077CF9">
        <w:trPr>
          <w:jc w:val="center"/>
        </w:trPr>
        <w:tc>
          <w:tcPr>
            <w:tcW w:w="1134" w:type="dxa"/>
            <w:vAlign w:val="center"/>
          </w:tcPr>
          <w:p w14:paraId="736FDD1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1276" w:type="dxa"/>
            <w:vAlign w:val="center"/>
          </w:tcPr>
          <w:p w14:paraId="25821B7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B64892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Langs huisje “Flevo-route” (Kijk </w:t>
            </w:r>
            <w:proofErr w:type="gram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uit !</w:t>
            </w:r>
            <w:proofErr w:type="gram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Paaltje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!) tot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einde</w:t>
            </w:r>
            <w:proofErr w:type="spellEnd"/>
          </w:p>
        </w:tc>
        <w:tc>
          <w:tcPr>
            <w:tcW w:w="970" w:type="dxa"/>
            <w:vAlign w:val="center"/>
          </w:tcPr>
          <w:p w14:paraId="2AEEB71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C260B81" w14:textId="77777777" w:rsidTr="00077CF9">
        <w:trPr>
          <w:jc w:val="center"/>
        </w:trPr>
        <w:tc>
          <w:tcPr>
            <w:tcW w:w="1134" w:type="dxa"/>
            <w:vAlign w:val="center"/>
          </w:tcPr>
          <w:p w14:paraId="3A961FF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26</w:t>
            </w:r>
          </w:p>
        </w:tc>
        <w:tc>
          <w:tcPr>
            <w:tcW w:w="1276" w:type="dxa"/>
            <w:vAlign w:val="center"/>
          </w:tcPr>
          <w:p w14:paraId="2C54FC0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35491D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Haarlemmerweg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fietspad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benzinepomp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970" w:type="dxa"/>
            <w:vAlign w:val="center"/>
          </w:tcPr>
          <w:p w14:paraId="6E6B0ED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32BB62E8" w14:textId="77777777" w:rsidTr="00077CF9">
        <w:trPr>
          <w:jc w:val="center"/>
        </w:trPr>
        <w:tc>
          <w:tcPr>
            <w:tcW w:w="1134" w:type="dxa"/>
            <w:vAlign w:val="center"/>
          </w:tcPr>
          <w:p w14:paraId="7A9417D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27</w:t>
            </w:r>
          </w:p>
        </w:tc>
        <w:tc>
          <w:tcPr>
            <w:tcW w:w="1276" w:type="dxa"/>
            <w:vAlign w:val="center"/>
          </w:tcPr>
          <w:p w14:paraId="1E62C9D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4EE58B21" w14:textId="68AA7AB8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Voor Hotel “De Zoete Inval” viaduct onderdoor, spoor over</w:t>
            </w:r>
          </w:p>
        </w:tc>
        <w:tc>
          <w:tcPr>
            <w:tcW w:w="970" w:type="dxa"/>
            <w:vAlign w:val="center"/>
          </w:tcPr>
          <w:p w14:paraId="571744E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6EA24ABE" w14:textId="77777777" w:rsidTr="00077CF9">
        <w:trPr>
          <w:jc w:val="center"/>
        </w:trPr>
        <w:tc>
          <w:tcPr>
            <w:tcW w:w="1134" w:type="dxa"/>
            <w:vAlign w:val="center"/>
          </w:tcPr>
          <w:p w14:paraId="59CE23F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28</w:t>
            </w:r>
          </w:p>
        </w:tc>
        <w:tc>
          <w:tcPr>
            <w:tcW w:w="1276" w:type="dxa"/>
            <w:vAlign w:val="center"/>
          </w:tcPr>
          <w:p w14:paraId="544691B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32513BA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Over het spoor rechts af</w:t>
            </w:r>
          </w:p>
        </w:tc>
        <w:tc>
          <w:tcPr>
            <w:tcW w:w="970" w:type="dxa"/>
            <w:vAlign w:val="center"/>
          </w:tcPr>
          <w:p w14:paraId="716945A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360D9822" w14:textId="77777777" w:rsidTr="00077CF9">
        <w:trPr>
          <w:jc w:val="center"/>
        </w:trPr>
        <w:tc>
          <w:tcPr>
            <w:tcW w:w="1134" w:type="dxa"/>
            <w:vAlign w:val="center"/>
          </w:tcPr>
          <w:p w14:paraId="631A5F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29</w:t>
            </w:r>
          </w:p>
        </w:tc>
        <w:tc>
          <w:tcPr>
            <w:tcW w:w="1276" w:type="dxa"/>
            <w:vAlign w:val="center"/>
          </w:tcPr>
          <w:p w14:paraId="05DCC9C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0236848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P-24092 vóór viaduct A9 (Flevoroute verlaten)</w:t>
            </w:r>
          </w:p>
        </w:tc>
        <w:tc>
          <w:tcPr>
            <w:tcW w:w="970" w:type="dxa"/>
            <w:vAlign w:val="center"/>
          </w:tcPr>
          <w:p w14:paraId="00862A3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51FE95E6" w14:textId="77777777" w:rsidTr="00077CF9">
        <w:trPr>
          <w:jc w:val="center"/>
        </w:trPr>
        <w:tc>
          <w:tcPr>
            <w:tcW w:w="1134" w:type="dxa"/>
            <w:vAlign w:val="center"/>
          </w:tcPr>
          <w:p w14:paraId="4292244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276" w:type="dxa"/>
            <w:vAlign w:val="center"/>
          </w:tcPr>
          <w:p w14:paraId="7B861C3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2F5702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bruggetje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P-24091</w:t>
            </w:r>
          </w:p>
        </w:tc>
        <w:tc>
          <w:tcPr>
            <w:tcW w:w="970" w:type="dxa"/>
            <w:vAlign w:val="center"/>
          </w:tcPr>
          <w:p w14:paraId="7CDD547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2512E44" w14:textId="77777777" w:rsidTr="00077CF9">
        <w:trPr>
          <w:jc w:val="center"/>
        </w:trPr>
        <w:tc>
          <w:tcPr>
            <w:tcW w:w="1134" w:type="dxa"/>
            <w:vAlign w:val="center"/>
          </w:tcPr>
          <w:p w14:paraId="2EC980A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31</w:t>
            </w:r>
          </w:p>
        </w:tc>
        <w:tc>
          <w:tcPr>
            <w:tcW w:w="1276" w:type="dxa"/>
            <w:vAlign w:val="center"/>
          </w:tcPr>
          <w:p w14:paraId="035885C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76118666" w14:textId="77777777" w:rsidR="00D26906" w:rsidRPr="00136EC4" w:rsidRDefault="00000000">
            <w:pPr>
              <w:rPr>
                <w:rFonts w:ascii="Verdana" w:hAnsi="Verdana"/>
                <w:sz w:val="16"/>
                <w:szCs w:val="16"/>
                <w:lang w:val="nl-NL"/>
              </w:rPr>
            </w:pPr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 xml:space="preserve">Bij bankje en P-23372/001 “Spaarndam 2,2 km” </w:t>
            </w:r>
            <w:proofErr w:type="spellStart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ri</w:t>
            </w:r>
            <w:proofErr w:type="spellEnd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fietsknppunt</w:t>
            </w:r>
            <w:proofErr w:type="spellEnd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 xml:space="preserve"> 91</w:t>
            </w:r>
          </w:p>
        </w:tc>
        <w:tc>
          <w:tcPr>
            <w:tcW w:w="970" w:type="dxa"/>
            <w:vAlign w:val="center"/>
          </w:tcPr>
          <w:p w14:paraId="195DE61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29FEA64" w14:textId="77777777" w:rsidTr="00077CF9">
        <w:trPr>
          <w:jc w:val="center"/>
        </w:trPr>
        <w:tc>
          <w:tcPr>
            <w:tcW w:w="1134" w:type="dxa"/>
            <w:vAlign w:val="center"/>
          </w:tcPr>
          <w:p w14:paraId="3F68B0B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32</w:t>
            </w:r>
          </w:p>
        </w:tc>
        <w:tc>
          <w:tcPr>
            <w:tcW w:w="1276" w:type="dxa"/>
            <w:vAlign w:val="center"/>
          </w:tcPr>
          <w:p w14:paraId="2E50E17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FE6121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P-22713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Kerkweg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direct</w:t>
            </w:r>
          </w:p>
        </w:tc>
        <w:tc>
          <w:tcPr>
            <w:tcW w:w="970" w:type="dxa"/>
            <w:vAlign w:val="center"/>
          </w:tcPr>
          <w:p w14:paraId="68507B8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20530509" w14:textId="77777777" w:rsidTr="00077CF9">
        <w:trPr>
          <w:jc w:val="center"/>
        </w:trPr>
        <w:tc>
          <w:tcPr>
            <w:tcW w:w="1134" w:type="dxa"/>
            <w:vAlign w:val="center"/>
          </w:tcPr>
          <w:p w14:paraId="7BF0044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33</w:t>
            </w:r>
          </w:p>
        </w:tc>
        <w:tc>
          <w:tcPr>
            <w:tcW w:w="1276" w:type="dxa"/>
            <w:vAlign w:val="center"/>
          </w:tcPr>
          <w:p w14:paraId="41E1CF1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0ED3A75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Langs Restaurant “De Stal” richting fietsknooppunt 15</w:t>
            </w:r>
          </w:p>
        </w:tc>
        <w:tc>
          <w:tcPr>
            <w:tcW w:w="970" w:type="dxa"/>
            <w:vAlign w:val="center"/>
          </w:tcPr>
          <w:p w14:paraId="68C673BD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63728AAF" w14:textId="77777777" w:rsidTr="00077CF9">
        <w:trPr>
          <w:jc w:val="center"/>
        </w:trPr>
        <w:tc>
          <w:tcPr>
            <w:tcW w:w="1134" w:type="dxa"/>
            <w:vAlign w:val="center"/>
          </w:tcPr>
          <w:p w14:paraId="2BF4E8E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34</w:t>
            </w:r>
          </w:p>
        </w:tc>
        <w:tc>
          <w:tcPr>
            <w:tcW w:w="1276" w:type="dxa"/>
            <w:vAlign w:val="center"/>
          </w:tcPr>
          <w:p w14:paraId="6D9806C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7C494C8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(Bij picknicktafel) Fietspad langs Stompetoren tot einde </w:t>
            </w:r>
          </w:p>
        </w:tc>
        <w:tc>
          <w:tcPr>
            <w:tcW w:w="970" w:type="dxa"/>
            <w:vAlign w:val="center"/>
          </w:tcPr>
          <w:p w14:paraId="230A768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D2148AF" w14:textId="77777777" w:rsidTr="00077CF9">
        <w:trPr>
          <w:jc w:val="center"/>
        </w:trPr>
        <w:tc>
          <w:tcPr>
            <w:tcW w:w="1134" w:type="dxa"/>
            <w:vAlign w:val="center"/>
          </w:tcPr>
          <w:p w14:paraId="3C3F53C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14:paraId="647D20C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F6044D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Lagedijk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Spaarndam</w:t>
            </w:r>
            <w:proofErr w:type="spellEnd"/>
          </w:p>
        </w:tc>
        <w:tc>
          <w:tcPr>
            <w:tcW w:w="970" w:type="dxa"/>
            <w:vAlign w:val="center"/>
          </w:tcPr>
          <w:p w14:paraId="1B3CF8C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507AD5F9" w14:textId="77777777" w:rsidTr="00077CF9">
        <w:trPr>
          <w:jc w:val="center"/>
        </w:trPr>
        <w:tc>
          <w:tcPr>
            <w:tcW w:w="1134" w:type="dxa"/>
            <w:vAlign w:val="center"/>
          </w:tcPr>
          <w:p w14:paraId="50EE193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36</w:t>
            </w:r>
          </w:p>
        </w:tc>
        <w:tc>
          <w:tcPr>
            <w:tcW w:w="1276" w:type="dxa"/>
            <w:vAlign w:val="center"/>
          </w:tcPr>
          <w:p w14:paraId="594B5E2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3B67D6F5" w14:textId="1DF74F78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Lagedijk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volgen tot T-splitsing (</w:t>
            </w:r>
            <w:r w:rsidR="00965D45"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aan </w:t>
            </w:r>
            <w:proofErr w:type="gram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rechter</w:t>
            </w:r>
            <w:r w:rsidR="00965D45"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zijde</w:t>
            </w:r>
            <w:proofErr w:type="gram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rustpunt)</w:t>
            </w:r>
          </w:p>
        </w:tc>
        <w:tc>
          <w:tcPr>
            <w:tcW w:w="970" w:type="dxa"/>
            <w:vAlign w:val="center"/>
          </w:tcPr>
          <w:p w14:paraId="19AE583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D420EB8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136FA0C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38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3C78AF2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RD</w:t>
            </w:r>
          </w:p>
        </w:tc>
        <w:tc>
          <w:tcPr>
            <w:tcW w:w="5834" w:type="dxa"/>
            <w:shd w:val="clear" w:color="auto" w:fill="000000"/>
            <w:vAlign w:val="center"/>
          </w:tcPr>
          <w:p w14:paraId="7CE4BE2A" w14:textId="1ED5CA7D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Parkeerplaats Albert Heijn &lt;&lt;RUST&gt;&gt;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br/>
              <w:t>Open van 01.15 tot 03.00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6E603E4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24,0</w:t>
            </w:r>
          </w:p>
        </w:tc>
      </w:tr>
      <w:tr w:rsidR="00D26906" w:rsidRPr="00A44E6A" w14:paraId="4D4C1FB5" w14:textId="77777777" w:rsidTr="00077CF9">
        <w:trPr>
          <w:jc w:val="center"/>
        </w:trPr>
        <w:tc>
          <w:tcPr>
            <w:tcW w:w="1134" w:type="dxa"/>
            <w:vAlign w:val="center"/>
          </w:tcPr>
          <w:p w14:paraId="6A3B9C7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39</w:t>
            </w:r>
          </w:p>
        </w:tc>
        <w:tc>
          <w:tcPr>
            <w:tcW w:w="1276" w:type="dxa"/>
            <w:vAlign w:val="center"/>
          </w:tcPr>
          <w:p w14:paraId="0BEE18D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83B8589" w14:textId="77777777" w:rsidR="00D26906" w:rsidRPr="00136EC4" w:rsidRDefault="00000000">
            <w:pPr>
              <w:rPr>
                <w:rFonts w:ascii="Verdana" w:hAnsi="Verdana"/>
                <w:sz w:val="16"/>
                <w:szCs w:val="16"/>
                <w:lang w:val="nl-NL"/>
              </w:rPr>
            </w:pPr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 xml:space="preserve">Na het rustpunt weg vervolgen, bij de T splitsing LA brug over </w:t>
            </w:r>
            <w:proofErr w:type="spellStart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Spaarndammerdijk</w:t>
            </w:r>
            <w:proofErr w:type="spellEnd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 xml:space="preserve"> vervolgen tot borden “Landje van </w:t>
            </w:r>
            <w:proofErr w:type="spellStart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Gruiters</w:t>
            </w:r>
            <w:proofErr w:type="spellEnd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”</w:t>
            </w:r>
          </w:p>
        </w:tc>
        <w:tc>
          <w:tcPr>
            <w:tcW w:w="970" w:type="dxa"/>
            <w:vAlign w:val="center"/>
          </w:tcPr>
          <w:p w14:paraId="2E7EB0A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42449556" w14:textId="77777777" w:rsidTr="00077CF9">
        <w:trPr>
          <w:jc w:val="center"/>
        </w:trPr>
        <w:tc>
          <w:tcPr>
            <w:tcW w:w="1134" w:type="dxa"/>
            <w:vAlign w:val="center"/>
          </w:tcPr>
          <w:p w14:paraId="7C69343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1276" w:type="dxa"/>
            <w:vAlign w:val="center"/>
          </w:tcPr>
          <w:p w14:paraId="6B04735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4CB0477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“Landje van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Gruiters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, (Redoute) langs parkeerplaats</w:t>
            </w:r>
          </w:p>
        </w:tc>
        <w:tc>
          <w:tcPr>
            <w:tcW w:w="970" w:type="dxa"/>
            <w:vAlign w:val="center"/>
          </w:tcPr>
          <w:p w14:paraId="1B7713F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18EE75CE" w14:textId="77777777" w:rsidTr="00077CF9">
        <w:trPr>
          <w:jc w:val="center"/>
        </w:trPr>
        <w:tc>
          <w:tcPr>
            <w:tcW w:w="1134" w:type="dxa"/>
            <w:vAlign w:val="center"/>
          </w:tcPr>
          <w:p w14:paraId="5C21D21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41</w:t>
            </w:r>
          </w:p>
        </w:tc>
        <w:tc>
          <w:tcPr>
            <w:tcW w:w="1276" w:type="dxa"/>
            <w:vAlign w:val="center"/>
          </w:tcPr>
          <w:p w14:paraId="1885B1F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C0A3DD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Liniepad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volgen langs poel richting fietsknooppunt 94</w:t>
            </w:r>
          </w:p>
        </w:tc>
        <w:tc>
          <w:tcPr>
            <w:tcW w:w="970" w:type="dxa"/>
            <w:vAlign w:val="center"/>
          </w:tcPr>
          <w:p w14:paraId="0FF3D99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24CB70DE" w14:textId="77777777" w:rsidTr="00077CF9">
        <w:trPr>
          <w:jc w:val="center"/>
        </w:trPr>
        <w:tc>
          <w:tcPr>
            <w:tcW w:w="1134" w:type="dxa"/>
            <w:vAlign w:val="center"/>
          </w:tcPr>
          <w:p w14:paraId="0F2A296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42</w:t>
            </w:r>
          </w:p>
        </w:tc>
        <w:tc>
          <w:tcPr>
            <w:tcW w:w="1276" w:type="dxa"/>
            <w:vAlign w:val="center"/>
          </w:tcPr>
          <w:p w14:paraId="5F83AF9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59F3CC6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P-24806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recreatieboerderij</w:t>
            </w:r>
            <w:proofErr w:type="spellEnd"/>
          </w:p>
        </w:tc>
        <w:tc>
          <w:tcPr>
            <w:tcW w:w="970" w:type="dxa"/>
            <w:vAlign w:val="center"/>
          </w:tcPr>
          <w:p w14:paraId="78F687F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03DCC2DC" w14:textId="77777777" w:rsidTr="00077CF9">
        <w:trPr>
          <w:jc w:val="center"/>
        </w:trPr>
        <w:tc>
          <w:tcPr>
            <w:tcW w:w="1134" w:type="dxa"/>
            <w:vAlign w:val="center"/>
          </w:tcPr>
          <w:p w14:paraId="2BB5AF7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43</w:t>
            </w:r>
          </w:p>
        </w:tc>
        <w:tc>
          <w:tcPr>
            <w:tcW w:w="1276" w:type="dxa"/>
            <w:vAlign w:val="center"/>
          </w:tcPr>
          <w:p w14:paraId="7419589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B69B74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Genieweg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Viaduct A9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onderdoor</w:t>
            </w:r>
            <w:proofErr w:type="spellEnd"/>
          </w:p>
        </w:tc>
        <w:tc>
          <w:tcPr>
            <w:tcW w:w="970" w:type="dxa"/>
            <w:vAlign w:val="center"/>
          </w:tcPr>
          <w:p w14:paraId="71A9382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083D89FA" w14:textId="77777777" w:rsidTr="00077CF9">
        <w:trPr>
          <w:jc w:val="center"/>
        </w:trPr>
        <w:tc>
          <w:tcPr>
            <w:tcW w:w="1134" w:type="dxa"/>
            <w:vAlign w:val="center"/>
          </w:tcPr>
          <w:p w14:paraId="472C215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44</w:t>
            </w:r>
          </w:p>
        </w:tc>
        <w:tc>
          <w:tcPr>
            <w:tcW w:w="1276" w:type="dxa"/>
            <w:vAlign w:val="center"/>
          </w:tcPr>
          <w:p w14:paraId="030852B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7159E1D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Genieweg</w:t>
            </w:r>
            <w:proofErr w:type="spellEnd"/>
          </w:p>
        </w:tc>
        <w:tc>
          <w:tcPr>
            <w:tcW w:w="970" w:type="dxa"/>
            <w:vAlign w:val="center"/>
          </w:tcPr>
          <w:p w14:paraId="203ABBA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7CA1FF40" w14:textId="77777777" w:rsidTr="00077CF9">
        <w:trPr>
          <w:jc w:val="center"/>
        </w:trPr>
        <w:tc>
          <w:tcPr>
            <w:tcW w:w="1134" w:type="dxa"/>
            <w:vAlign w:val="center"/>
          </w:tcPr>
          <w:p w14:paraId="3BE2F7E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45</w:t>
            </w:r>
          </w:p>
        </w:tc>
        <w:tc>
          <w:tcPr>
            <w:tcW w:w="1276" w:type="dxa"/>
            <w:vAlign w:val="center"/>
          </w:tcPr>
          <w:p w14:paraId="0D4D996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75031CF8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bord Genieweg 48-50-52 langs bezoekerscentrum</w:t>
            </w:r>
          </w:p>
        </w:tc>
        <w:tc>
          <w:tcPr>
            <w:tcW w:w="970" w:type="dxa"/>
            <w:vAlign w:val="center"/>
          </w:tcPr>
          <w:p w14:paraId="137B4F6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29AFEB42" w14:textId="77777777" w:rsidTr="00077CF9">
        <w:trPr>
          <w:jc w:val="center"/>
        </w:trPr>
        <w:tc>
          <w:tcPr>
            <w:tcW w:w="1134" w:type="dxa"/>
            <w:vAlign w:val="center"/>
          </w:tcPr>
          <w:p w14:paraId="6DCA3C7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46</w:t>
            </w:r>
          </w:p>
        </w:tc>
        <w:tc>
          <w:tcPr>
            <w:tcW w:w="1276" w:type="dxa"/>
            <w:vAlign w:val="center"/>
          </w:tcPr>
          <w:p w14:paraId="027EE25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8BD4113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P-24080/001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“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dierenweide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>”</w:t>
            </w:r>
          </w:p>
        </w:tc>
        <w:tc>
          <w:tcPr>
            <w:tcW w:w="970" w:type="dxa"/>
            <w:vAlign w:val="center"/>
          </w:tcPr>
          <w:p w14:paraId="6F76553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706E395A" w14:textId="77777777" w:rsidTr="00077CF9">
        <w:trPr>
          <w:jc w:val="center"/>
        </w:trPr>
        <w:tc>
          <w:tcPr>
            <w:tcW w:w="1134" w:type="dxa"/>
            <w:vAlign w:val="center"/>
          </w:tcPr>
          <w:p w14:paraId="5CE1195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47</w:t>
            </w:r>
          </w:p>
        </w:tc>
        <w:tc>
          <w:tcPr>
            <w:tcW w:w="1276" w:type="dxa"/>
            <w:vAlign w:val="center"/>
          </w:tcPr>
          <w:p w14:paraId="4297158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3922730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P-24107/001</w:t>
            </w:r>
          </w:p>
        </w:tc>
        <w:tc>
          <w:tcPr>
            <w:tcW w:w="970" w:type="dxa"/>
            <w:vAlign w:val="center"/>
          </w:tcPr>
          <w:p w14:paraId="79A2AA5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2C4EE86E" w14:textId="77777777" w:rsidTr="00077CF9">
        <w:trPr>
          <w:jc w:val="center"/>
        </w:trPr>
        <w:tc>
          <w:tcPr>
            <w:tcW w:w="1134" w:type="dxa"/>
            <w:vAlign w:val="center"/>
          </w:tcPr>
          <w:p w14:paraId="4F9B18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48</w:t>
            </w:r>
          </w:p>
        </w:tc>
        <w:tc>
          <w:tcPr>
            <w:tcW w:w="1276" w:type="dxa"/>
            <w:vAlign w:val="center"/>
          </w:tcPr>
          <w:p w14:paraId="0C16018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34440D9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driesprong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P-24106/001</w:t>
            </w:r>
          </w:p>
        </w:tc>
        <w:tc>
          <w:tcPr>
            <w:tcW w:w="970" w:type="dxa"/>
            <w:vAlign w:val="center"/>
          </w:tcPr>
          <w:p w14:paraId="2C78AB4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98340DD" w14:textId="77777777" w:rsidTr="00077CF9">
        <w:trPr>
          <w:jc w:val="center"/>
        </w:trPr>
        <w:tc>
          <w:tcPr>
            <w:tcW w:w="1134" w:type="dxa"/>
            <w:vAlign w:val="center"/>
          </w:tcPr>
          <w:p w14:paraId="6A379B8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49</w:t>
            </w:r>
          </w:p>
        </w:tc>
        <w:tc>
          <w:tcPr>
            <w:tcW w:w="1276" w:type="dxa"/>
            <w:vAlign w:val="center"/>
          </w:tcPr>
          <w:p w14:paraId="7257570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1BB2631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Langs parkeerplaats en clubhuis </w:t>
            </w:r>
            <w:proofErr w:type="gram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Golfbaan  P</w:t>
            </w:r>
            <w:proofErr w:type="gram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-72418/001</w:t>
            </w:r>
          </w:p>
        </w:tc>
        <w:tc>
          <w:tcPr>
            <w:tcW w:w="970" w:type="dxa"/>
            <w:vAlign w:val="center"/>
          </w:tcPr>
          <w:p w14:paraId="2591129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1ED9E3AB" w14:textId="77777777" w:rsidTr="00077CF9">
        <w:trPr>
          <w:jc w:val="center"/>
        </w:trPr>
        <w:tc>
          <w:tcPr>
            <w:tcW w:w="1134" w:type="dxa"/>
            <w:vAlign w:val="center"/>
          </w:tcPr>
          <w:p w14:paraId="4B5C2A7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14:paraId="29D6CCD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307CF5E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bord “B-holes” vervolgens zijpaden negeren</w:t>
            </w:r>
          </w:p>
        </w:tc>
        <w:tc>
          <w:tcPr>
            <w:tcW w:w="970" w:type="dxa"/>
            <w:vAlign w:val="center"/>
          </w:tcPr>
          <w:p w14:paraId="44F24F5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5E955DC6" w14:textId="77777777" w:rsidTr="00077CF9">
        <w:trPr>
          <w:jc w:val="center"/>
        </w:trPr>
        <w:tc>
          <w:tcPr>
            <w:tcW w:w="1134" w:type="dxa"/>
            <w:vAlign w:val="center"/>
          </w:tcPr>
          <w:p w14:paraId="27FFD9A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51</w:t>
            </w:r>
          </w:p>
        </w:tc>
        <w:tc>
          <w:tcPr>
            <w:tcW w:w="1276" w:type="dxa"/>
            <w:vAlign w:val="center"/>
          </w:tcPr>
          <w:p w14:paraId="1D4DE74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50ADB80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P-62407/003 richting jachthaven en na 60 meter</w:t>
            </w:r>
          </w:p>
        </w:tc>
        <w:tc>
          <w:tcPr>
            <w:tcW w:w="970" w:type="dxa"/>
            <w:vAlign w:val="center"/>
          </w:tcPr>
          <w:p w14:paraId="3379B15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635A4F0" w14:textId="77777777" w:rsidTr="00077CF9">
        <w:trPr>
          <w:jc w:val="center"/>
        </w:trPr>
        <w:tc>
          <w:tcPr>
            <w:tcW w:w="1134" w:type="dxa"/>
            <w:vAlign w:val="center"/>
          </w:tcPr>
          <w:p w14:paraId="233B68D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52</w:t>
            </w:r>
          </w:p>
        </w:tc>
        <w:tc>
          <w:tcPr>
            <w:tcW w:w="1276" w:type="dxa"/>
            <w:vAlign w:val="center"/>
          </w:tcPr>
          <w:p w14:paraId="3932003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4E3FC88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Buitenhuizerweg</w:t>
            </w:r>
            <w:proofErr w:type="spellEnd"/>
          </w:p>
        </w:tc>
        <w:tc>
          <w:tcPr>
            <w:tcW w:w="970" w:type="dxa"/>
            <w:vAlign w:val="center"/>
          </w:tcPr>
          <w:p w14:paraId="7FFBB40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38392A2C" w14:textId="77777777" w:rsidTr="00077CF9">
        <w:trPr>
          <w:jc w:val="center"/>
        </w:trPr>
        <w:tc>
          <w:tcPr>
            <w:tcW w:w="1134" w:type="dxa"/>
            <w:vAlign w:val="center"/>
          </w:tcPr>
          <w:p w14:paraId="030580E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53</w:t>
            </w:r>
          </w:p>
        </w:tc>
        <w:tc>
          <w:tcPr>
            <w:tcW w:w="1276" w:type="dxa"/>
            <w:vAlign w:val="center"/>
          </w:tcPr>
          <w:p w14:paraId="052EDF2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LA </w:t>
            </w:r>
          </w:p>
        </w:tc>
        <w:tc>
          <w:tcPr>
            <w:tcW w:w="5834" w:type="dxa"/>
            <w:vAlign w:val="center"/>
          </w:tcPr>
          <w:p w14:paraId="7234C991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Op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Buitenhuizerweg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t.h.v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. ingang Droompark Buitenhuizen</w:t>
            </w:r>
          </w:p>
        </w:tc>
        <w:tc>
          <w:tcPr>
            <w:tcW w:w="970" w:type="dxa"/>
            <w:vAlign w:val="center"/>
          </w:tcPr>
          <w:p w14:paraId="6E25B90D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364AA5FA" w14:textId="77777777" w:rsidTr="00077CF9">
        <w:trPr>
          <w:jc w:val="center"/>
        </w:trPr>
        <w:tc>
          <w:tcPr>
            <w:tcW w:w="1134" w:type="dxa"/>
            <w:vAlign w:val="center"/>
          </w:tcPr>
          <w:p w14:paraId="0413BCF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lastRenderedPageBreak/>
              <w:t>54</w:t>
            </w:r>
          </w:p>
        </w:tc>
        <w:tc>
          <w:tcPr>
            <w:tcW w:w="1276" w:type="dxa"/>
            <w:vAlign w:val="center"/>
          </w:tcPr>
          <w:p w14:paraId="0445278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C0AFB33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P-24076/001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jachthaven</w:t>
            </w:r>
            <w:proofErr w:type="spellEnd"/>
          </w:p>
        </w:tc>
        <w:tc>
          <w:tcPr>
            <w:tcW w:w="970" w:type="dxa"/>
            <w:vAlign w:val="center"/>
          </w:tcPr>
          <w:p w14:paraId="7C53CF7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0F33B413" w14:textId="77777777" w:rsidTr="00077CF9">
        <w:trPr>
          <w:jc w:val="center"/>
        </w:trPr>
        <w:tc>
          <w:tcPr>
            <w:tcW w:w="1134" w:type="dxa"/>
            <w:vAlign w:val="center"/>
          </w:tcPr>
          <w:p w14:paraId="68CE460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55</w:t>
            </w:r>
          </w:p>
        </w:tc>
        <w:tc>
          <w:tcPr>
            <w:tcW w:w="1276" w:type="dxa"/>
            <w:vAlign w:val="center"/>
          </w:tcPr>
          <w:p w14:paraId="4C607A9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C4ADD3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Vóór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klugt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P-25241 richting fietsknooppunt 11</w:t>
            </w:r>
          </w:p>
        </w:tc>
        <w:tc>
          <w:tcPr>
            <w:tcW w:w="970" w:type="dxa"/>
            <w:vAlign w:val="center"/>
          </w:tcPr>
          <w:p w14:paraId="4F15B7A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23A00FC6" w14:textId="77777777" w:rsidTr="00077CF9">
        <w:trPr>
          <w:jc w:val="center"/>
        </w:trPr>
        <w:tc>
          <w:tcPr>
            <w:tcW w:w="1134" w:type="dxa"/>
            <w:vAlign w:val="center"/>
          </w:tcPr>
          <w:p w14:paraId="4D90030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56</w:t>
            </w:r>
          </w:p>
        </w:tc>
        <w:tc>
          <w:tcPr>
            <w:tcW w:w="1276" w:type="dxa"/>
            <w:vAlign w:val="center"/>
          </w:tcPr>
          <w:p w14:paraId="28D14AB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002BE4D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Onder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viaduct door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vAlign w:val="center"/>
          </w:tcPr>
          <w:p w14:paraId="2EF5B7F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376B544" w14:textId="77777777" w:rsidTr="00077CF9">
        <w:trPr>
          <w:jc w:val="center"/>
        </w:trPr>
        <w:tc>
          <w:tcPr>
            <w:tcW w:w="1134" w:type="dxa"/>
            <w:vAlign w:val="center"/>
          </w:tcPr>
          <w:p w14:paraId="4E89DCE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57</w:t>
            </w:r>
          </w:p>
        </w:tc>
        <w:tc>
          <w:tcPr>
            <w:tcW w:w="1276" w:type="dxa"/>
            <w:vAlign w:val="center"/>
          </w:tcPr>
          <w:p w14:paraId="19EC1F5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LA </w:t>
            </w:r>
          </w:p>
        </w:tc>
        <w:tc>
          <w:tcPr>
            <w:tcW w:w="5834" w:type="dxa"/>
            <w:vAlign w:val="center"/>
          </w:tcPr>
          <w:p w14:paraId="127B713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Trap op, N202 </w:t>
            </w:r>
          </w:p>
        </w:tc>
        <w:tc>
          <w:tcPr>
            <w:tcW w:w="970" w:type="dxa"/>
            <w:vAlign w:val="center"/>
          </w:tcPr>
          <w:p w14:paraId="24B3740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7903A403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4C14B63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58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519E2A0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shd w:val="clear" w:color="auto" w:fill="000000"/>
            <w:vAlign w:val="center"/>
          </w:tcPr>
          <w:p w14:paraId="3BBF192C" w14:textId="1912F19F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Brug over richting pont. &lt;&lt;RUST&gt;&gt;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br/>
              <w:t>Open van 02.30 tot 05.00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2D35838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30,5</w:t>
            </w:r>
          </w:p>
        </w:tc>
      </w:tr>
      <w:tr w:rsidR="00D26906" w:rsidRPr="00136EC4" w14:paraId="1EF2EC56" w14:textId="77777777" w:rsidTr="00077CF9">
        <w:trPr>
          <w:jc w:val="center"/>
        </w:trPr>
        <w:tc>
          <w:tcPr>
            <w:tcW w:w="1134" w:type="dxa"/>
            <w:vAlign w:val="center"/>
          </w:tcPr>
          <w:p w14:paraId="1BB7FC5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59</w:t>
            </w:r>
          </w:p>
        </w:tc>
        <w:tc>
          <w:tcPr>
            <w:tcW w:w="1276" w:type="dxa"/>
            <w:vAlign w:val="center"/>
          </w:tcPr>
          <w:p w14:paraId="7C58EC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7A842197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Pontveer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Buitenhuizen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over</w:t>
            </w:r>
          </w:p>
        </w:tc>
        <w:tc>
          <w:tcPr>
            <w:tcW w:w="970" w:type="dxa"/>
            <w:vAlign w:val="center"/>
          </w:tcPr>
          <w:p w14:paraId="3A09A45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642FF797" w14:textId="77777777" w:rsidTr="00077CF9">
        <w:trPr>
          <w:jc w:val="center"/>
        </w:trPr>
        <w:tc>
          <w:tcPr>
            <w:tcW w:w="1134" w:type="dxa"/>
            <w:vAlign w:val="center"/>
          </w:tcPr>
          <w:p w14:paraId="6861585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60</w:t>
            </w:r>
          </w:p>
        </w:tc>
        <w:tc>
          <w:tcPr>
            <w:tcW w:w="1276" w:type="dxa"/>
            <w:vAlign w:val="center"/>
          </w:tcPr>
          <w:p w14:paraId="7986C4D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2395D2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Rotonde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¾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Assendelft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>-Zuid</w:t>
            </w:r>
          </w:p>
        </w:tc>
        <w:tc>
          <w:tcPr>
            <w:tcW w:w="970" w:type="dxa"/>
            <w:vAlign w:val="center"/>
          </w:tcPr>
          <w:p w14:paraId="2DB7186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000DE02E" w14:textId="77777777" w:rsidTr="00077CF9">
        <w:trPr>
          <w:jc w:val="center"/>
        </w:trPr>
        <w:tc>
          <w:tcPr>
            <w:tcW w:w="1134" w:type="dxa"/>
            <w:vAlign w:val="center"/>
          </w:tcPr>
          <w:p w14:paraId="1F3A435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61</w:t>
            </w:r>
          </w:p>
        </w:tc>
        <w:tc>
          <w:tcPr>
            <w:tcW w:w="1276" w:type="dxa"/>
            <w:vAlign w:val="center"/>
          </w:tcPr>
          <w:p w14:paraId="1935E7C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40A67B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Op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tweesprong</w:t>
            </w:r>
            <w:proofErr w:type="spellEnd"/>
          </w:p>
        </w:tc>
        <w:tc>
          <w:tcPr>
            <w:tcW w:w="970" w:type="dxa"/>
            <w:vAlign w:val="center"/>
          </w:tcPr>
          <w:p w14:paraId="5E3A5CF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17E4E338" w14:textId="77777777" w:rsidTr="00077CF9">
        <w:trPr>
          <w:jc w:val="center"/>
        </w:trPr>
        <w:tc>
          <w:tcPr>
            <w:tcW w:w="1134" w:type="dxa"/>
            <w:vAlign w:val="center"/>
          </w:tcPr>
          <w:p w14:paraId="2F5DF3C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62</w:t>
            </w:r>
          </w:p>
        </w:tc>
        <w:tc>
          <w:tcPr>
            <w:tcW w:w="1276" w:type="dxa"/>
            <w:vAlign w:val="center"/>
          </w:tcPr>
          <w:p w14:paraId="425D82B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RD </w:t>
            </w:r>
          </w:p>
        </w:tc>
        <w:tc>
          <w:tcPr>
            <w:tcW w:w="5834" w:type="dxa"/>
            <w:vAlign w:val="center"/>
          </w:tcPr>
          <w:p w14:paraId="186D80A7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Splitsing links aanhouden Kanaalweg vervolgen tot</w:t>
            </w:r>
          </w:p>
        </w:tc>
        <w:tc>
          <w:tcPr>
            <w:tcW w:w="970" w:type="dxa"/>
            <w:vAlign w:val="center"/>
          </w:tcPr>
          <w:p w14:paraId="3BED410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31E9D412" w14:textId="77777777" w:rsidTr="00077CF9">
        <w:trPr>
          <w:jc w:val="center"/>
        </w:trPr>
        <w:tc>
          <w:tcPr>
            <w:tcW w:w="1134" w:type="dxa"/>
            <w:vAlign w:val="center"/>
          </w:tcPr>
          <w:p w14:paraId="42ED92D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63</w:t>
            </w:r>
          </w:p>
        </w:tc>
        <w:tc>
          <w:tcPr>
            <w:tcW w:w="1276" w:type="dxa"/>
            <w:vAlign w:val="center"/>
          </w:tcPr>
          <w:p w14:paraId="2F2818F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30530FD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Fort </w:t>
            </w:r>
            <w:proofErr w:type="spellStart"/>
            <w:proofErr w:type="gram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Zuiderwijkermeer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 Kanaalweg</w:t>
            </w:r>
            <w:proofErr w:type="gram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gaat over in Vuurlinie</w:t>
            </w:r>
          </w:p>
        </w:tc>
        <w:tc>
          <w:tcPr>
            <w:tcW w:w="970" w:type="dxa"/>
            <w:vAlign w:val="center"/>
          </w:tcPr>
          <w:p w14:paraId="7D9400A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26DBA43" w14:textId="77777777" w:rsidTr="00077CF9">
        <w:trPr>
          <w:jc w:val="center"/>
        </w:trPr>
        <w:tc>
          <w:tcPr>
            <w:tcW w:w="1134" w:type="dxa"/>
            <w:vAlign w:val="center"/>
          </w:tcPr>
          <w:p w14:paraId="7279827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64</w:t>
            </w:r>
          </w:p>
        </w:tc>
        <w:tc>
          <w:tcPr>
            <w:tcW w:w="1276" w:type="dxa"/>
            <w:vAlign w:val="center"/>
          </w:tcPr>
          <w:p w14:paraId="3A8E02F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7514965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Vuurlinie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(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zijwegen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negeren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970" w:type="dxa"/>
            <w:vAlign w:val="center"/>
          </w:tcPr>
          <w:p w14:paraId="31D98FC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07DCE670" w14:textId="77777777" w:rsidTr="00077CF9">
        <w:trPr>
          <w:jc w:val="center"/>
        </w:trPr>
        <w:tc>
          <w:tcPr>
            <w:tcW w:w="1134" w:type="dxa"/>
            <w:vAlign w:val="center"/>
          </w:tcPr>
          <w:p w14:paraId="468F3E3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65</w:t>
            </w:r>
          </w:p>
        </w:tc>
        <w:tc>
          <w:tcPr>
            <w:tcW w:w="1276" w:type="dxa"/>
            <w:vAlign w:val="center"/>
          </w:tcPr>
          <w:p w14:paraId="005254F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719367A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Bij rotonde fietspad aanhouden, brug over en </w:t>
            </w:r>
          </w:p>
        </w:tc>
        <w:tc>
          <w:tcPr>
            <w:tcW w:w="970" w:type="dxa"/>
            <w:vAlign w:val="center"/>
          </w:tcPr>
          <w:p w14:paraId="3EFCEB5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72F13F6F" w14:textId="77777777" w:rsidTr="00077CF9">
        <w:trPr>
          <w:jc w:val="center"/>
        </w:trPr>
        <w:tc>
          <w:tcPr>
            <w:tcW w:w="1134" w:type="dxa"/>
            <w:vAlign w:val="center"/>
          </w:tcPr>
          <w:p w14:paraId="4080FFE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66</w:t>
            </w:r>
          </w:p>
        </w:tc>
        <w:tc>
          <w:tcPr>
            <w:tcW w:w="1276" w:type="dxa"/>
            <w:vAlign w:val="center"/>
          </w:tcPr>
          <w:p w14:paraId="2FE5F0A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34DDED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Fietspad Vuurlinie langs “Fort aan de St-Aagtendijk”</w:t>
            </w:r>
          </w:p>
        </w:tc>
        <w:tc>
          <w:tcPr>
            <w:tcW w:w="970" w:type="dxa"/>
            <w:vAlign w:val="center"/>
          </w:tcPr>
          <w:p w14:paraId="7D6A52A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7231E42" w14:textId="77777777" w:rsidTr="00077CF9">
        <w:trPr>
          <w:jc w:val="center"/>
        </w:trPr>
        <w:tc>
          <w:tcPr>
            <w:tcW w:w="1134" w:type="dxa"/>
            <w:vAlign w:val="center"/>
          </w:tcPr>
          <w:p w14:paraId="2C1B67B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67</w:t>
            </w:r>
          </w:p>
        </w:tc>
        <w:tc>
          <w:tcPr>
            <w:tcW w:w="1276" w:type="dxa"/>
            <w:vAlign w:val="center"/>
          </w:tcPr>
          <w:p w14:paraId="3266514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1A484E4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Sint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Aagtendijk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tot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einde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vAlign w:val="center"/>
          </w:tcPr>
          <w:p w14:paraId="62EF086D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5888B02D" w14:textId="77777777" w:rsidTr="00077CF9">
        <w:trPr>
          <w:jc w:val="center"/>
        </w:trPr>
        <w:tc>
          <w:tcPr>
            <w:tcW w:w="1134" w:type="dxa"/>
            <w:vAlign w:val="center"/>
          </w:tcPr>
          <w:p w14:paraId="694C899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68</w:t>
            </w:r>
          </w:p>
        </w:tc>
        <w:tc>
          <w:tcPr>
            <w:tcW w:w="1276" w:type="dxa"/>
            <w:vAlign w:val="center"/>
          </w:tcPr>
          <w:p w14:paraId="384747D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19CB33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De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Meerlanden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gaat</w:t>
            </w:r>
            <w:proofErr w:type="spellEnd"/>
          </w:p>
        </w:tc>
        <w:tc>
          <w:tcPr>
            <w:tcW w:w="970" w:type="dxa"/>
            <w:vAlign w:val="center"/>
          </w:tcPr>
          <w:p w14:paraId="13950FB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0307DB56" w14:textId="77777777" w:rsidTr="00077CF9">
        <w:trPr>
          <w:jc w:val="center"/>
        </w:trPr>
        <w:tc>
          <w:tcPr>
            <w:tcW w:w="1134" w:type="dxa"/>
            <w:vAlign w:val="center"/>
          </w:tcPr>
          <w:p w14:paraId="0EDBA03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69</w:t>
            </w:r>
          </w:p>
        </w:tc>
        <w:tc>
          <w:tcPr>
            <w:tcW w:w="1276" w:type="dxa"/>
            <w:vAlign w:val="center"/>
          </w:tcPr>
          <w:p w14:paraId="1A9F219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5D8B17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Aagtenpoort, onder de tunnel door</w:t>
            </w:r>
          </w:p>
        </w:tc>
        <w:tc>
          <w:tcPr>
            <w:tcW w:w="970" w:type="dxa"/>
            <w:vAlign w:val="center"/>
          </w:tcPr>
          <w:p w14:paraId="451CF5A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2B48B528" w14:textId="77777777" w:rsidTr="00077CF9">
        <w:trPr>
          <w:jc w:val="center"/>
        </w:trPr>
        <w:tc>
          <w:tcPr>
            <w:tcW w:w="1134" w:type="dxa"/>
            <w:vAlign w:val="center"/>
          </w:tcPr>
          <w:p w14:paraId="5F762E6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276" w:type="dxa"/>
            <w:vAlign w:val="center"/>
          </w:tcPr>
          <w:p w14:paraId="53DF4684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vAlign w:val="center"/>
          </w:tcPr>
          <w:p w14:paraId="37A114A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Einde tunnel haaks RA </w:t>
            </w:r>
            <w:proofErr w:type="gram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terug lopen</w:t>
            </w:r>
            <w:proofErr w:type="gramEnd"/>
          </w:p>
        </w:tc>
        <w:tc>
          <w:tcPr>
            <w:tcW w:w="970" w:type="dxa"/>
            <w:vAlign w:val="center"/>
          </w:tcPr>
          <w:p w14:paraId="39A2880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1583E5EF" w14:textId="77777777" w:rsidTr="00077CF9">
        <w:trPr>
          <w:jc w:val="center"/>
        </w:trPr>
        <w:tc>
          <w:tcPr>
            <w:tcW w:w="1134" w:type="dxa"/>
            <w:vAlign w:val="center"/>
          </w:tcPr>
          <w:p w14:paraId="1F5A7FB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71</w:t>
            </w:r>
          </w:p>
        </w:tc>
        <w:tc>
          <w:tcPr>
            <w:tcW w:w="1276" w:type="dxa"/>
            <w:vAlign w:val="center"/>
          </w:tcPr>
          <w:p w14:paraId="6DE38F6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4E01A4D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spoorsingel</w:t>
            </w:r>
            <w:proofErr w:type="spellEnd"/>
          </w:p>
        </w:tc>
        <w:tc>
          <w:tcPr>
            <w:tcW w:w="970" w:type="dxa"/>
            <w:vAlign w:val="center"/>
          </w:tcPr>
          <w:p w14:paraId="301E4D3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233D5E17" w14:textId="77777777" w:rsidTr="00077CF9">
        <w:trPr>
          <w:jc w:val="center"/>
        </w:trPr>
        <w:tc>
          <w:tcPr>
            <w:tcW w:w="1134" w:type="dxa"/>
            <w:vAlign w:val="center"/>
          </w:tcPr>
          <w:p w14:paraId="0018BDD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72</w:t>
            </w:r>
          </w:p>
        </w:tc>
        <w:tc>
          <w:tcPr>
            <w:tcW w:w="1276" w:type="dxa"/>
            <w:vAlign w:val="center"/>
          </w:tcPr>
          <w:p w14:paraId="5037CDE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vAlign w:val="center"/>
          </w:tcPr>
          <w:p w14:paraId="07E2E6D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Na 900m RA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Koudehorn</w:t>
            </w:r>
            <w:proofErr w:type="spellEnd"/>
          </w:p>
        </w:tc>
        <w:tc>
          <w:tcPr>
            <w:tcW w:w="970" w:type="dxa"/>
            <w:vAlign w:val="center"/>
          </w:tcPr>
          <w:p w14:paraId="26BFB2D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7853D95" w14:textId="77777777" w:rsidTr="00077CF9">
        <w:trPr>
          <w:jc w:val="center"/>
        </w:trPr>
        <w:tc>
          <w:tcPr>
            <w:tcW w:w="1134" w:type="dxa"/>
            <w:vAlign w:val="center"/>
          </w:tcPr>
          <w:p w14:paraId="044F6CB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73</w:t>
            </w:r>
          </w:p>
        </w:tc>
        <w:tc>
          <w:tcPr>
            <w:tcW w:w="1276" w:type="dxa"/>
            <w:vAlign w:val="center"/>
          </w:tcPr>
          <w:p w14:paraId="760AE34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1ABDEE1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Meerstraat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, gaat over in de Passage</w:t>
            </w:r>
          </w:p>
        </w:tc>
        <w:tc>
          <w:tcPr>
            <w:tcW w:w="970" w:type="dxa"/>
            <w:vAlign w:val="center"/>
          </w:tcPr>
          <w:p w14:paraId="0364A7C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6AAF7862" w14:textId="77777777" w:rsidTr="00077CF9">
        <w:trPr>
          <w:jc w:val="center"/>
        </w:trPr>
        <w:tc>
          <w:tcPr>
            <w:tcW w:w="1134" w:type="dxa"/>
            <w:vAlign w:val="center"/>
          </w:tcPr>
          <w:p w14:paraId="5D98511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74</w:t>
            </w:r>
          </w:p>
        </w:tc>
        <w:tc>
          <w:tcPr>
            <w:tcW w:w="1276" w:type="dxa"/>
            <w:vAlign w:val="center"/>
          </w:tcPr>
          <w:p w14:paraId="376D03D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6C39AA1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Velserweg</w:t>
            </w:r>
            <w:proofErr w:type="spellEnd"/>
          </w:p>
        </w:tc>
        <w:tc>
          <w:tcPr>
            <w:tcW w:w="970" w:type="dxa"/>
            <w:vAlign w:val="center"/>
          </w:tcPr>
          <w:p w14:paraId="7B403EA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1D74960F" w14:textId="77777777" w:rsidTr="00077CF9">
        <w:trPr>
          <w:jc w:val="center"/>
        </w:trPr>
        <w:tc>
          <w:tcPr>
            <w:tcW w:w="1134" w:type="dxa"/>
            <w:vAlign w:val="center"/>
          </w:tcPr>
          <w:p w14:paraId="68AA35F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75</w:t>
            </w:r>
          </w:p>
        </w:tc>
        <w:tc>
          <w:tcPr>
            <w:tcW w:w="1276" w:type="dxa"/>
            <w:vAlign w:val="center"/>
          </w:tcPr>
          <w:p w14:paraId="64E55A4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vAlign w:val="center"/>
          </w:tcPr>
          <w:p w14:paraId="4DC591A3" w14:textId="77777777" w:rsidR="00D26906" w:rsidRPr="00136EC4" w:rsidRDefault="00000000">
            <w:pPr>
              <w:rPr>
                <w:rFonts w:ascii="Verdana" w:hAnsi="Verdana"/>
                <w:sz w:val="16"/>
                <w:szCs w:val="16"/>
                <w:lang w:val="nl-NL"/>
              </w:rPr>
            </w:pPr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 xml:space="preserve">Bij verkeerlichten LA en 20m RA oversteken naar </w:t>
            </w:r>
            <w:proofErr w:type="spellStart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Wijkerstraatweg</w:t>
            </w:r>
            <w:proofErr w:type="spellEnd"/>
          </w:p>
        </w:tc>
        <w:tc>
          <w:tcPr>
            <w:tcW w:w="970" w:type="dxa"/>
            <w:vAlign w:val="center"/>
          </w:tcPr>
          <w:p w14:paraId="2F71025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5BE79B1D" w14:textId="77777777" w:rsidTr="00077CF9">
        <w:trPr>
          <w:jc w:val="center"/>
        </w:trPr>
        <w:tc>
          <w:tcPr>
            <w:tcW w:w="1134" w:type="dxa"/>
            <w:vAlign w:val="center"/>
          </w:tcPr>
          <w:p w14:paraId="1CAD82F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76</w:t>
            </w:r>
          </w:p>
        </w:tc>
        <w:tc>
          <w:tcPr>
            <w:tcW w:w="1276" w:type="dxa"/>
            <w:vAlign w:val="center"/>
          </w:tcPr>
          <w:p w14:paraId="4786C69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187DDF9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Wijkerstraatweg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970" w:type="dxa"/>
            <w:vAlign w:val="center"/>
          </w:tcPr>
          <w:p w14:paraId="2FF8191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3CB5AEF9" w14:textId="77777777" w:rsidTr="00077CF9">
        <w:trPr>
          <w:jc w:val="center"/>
        </w:trPr>
        <w:tc>
          <w:tcPr>
            <w:tcW w:w="1134" w:type="dxa"/>
            <w:vAlign w:val="center"/>
          </w:tcPr>
          <w:p w14:paraId="5F3688D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77</w:t>
            </w:r>
          </w:p>
        </w:tc>
        <w:tc>
          <w:tcPr>
            <w:tcW w:w="1276" w:type="dxa"/>
            <w:vAlign w:val="center"/>
          </w:tcPr>
          <w:p w14:paraId="4A2D849D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vAlign w:val="center"/>
          </w:tcPr>
          <w:p w14:paraId="4F455E51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Na 850m RA 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PieterJanszstraat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gaat over in het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Concordiapad</w:t>
            </w:r>
            <w:proofErr w:type="spellEnd"/>
          </w:p>
        </w:tc>
        <w:tc>
          <w:tcPr>
            <w:tcW w:w="970" w:type="dxa"/>
            <w:vAlign w:val="center"/>
          </w:tcPr>
          <w:p w14:paraId="334016C1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1886019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21065D8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78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0C3EBA1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shd w:val="clear" w:color="auto" w:fill="000000"/>
            <w:vAlign w:val="center"/>
          </w:tcPr>
          <w:p w14:paraId="7615C3CA" w14:textId="77777777" w:rsidR="00775FBA" w:rsidRPr="00136EC4" w:rsidRDefault="00000000">
            <w:pPr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Na 300m rechterzijde Velzen   </w:t>
            </w:r>
            <w:r w:rsidR="00077CF9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&lt;&lt;RUST&gt;&gt;     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</w:t>
            </w:r>
          </w:p>
          <w:p w14:paraId="5D74F697" w14:textId="311A8F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Open van 04.00 tot 08.00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6B24E594" w14:textId="53BA1ED8" w:rsidR="00D26906" w:rsidRPr="00136EC4" w:rsidRDefault="00077CF9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40</w:t>
            </w:r>
          </w:p>
        </w:tc>
      </w:tr>
      <w:tr w:rsidR="00D26906" w:rsidRPr="00A44E6A" w14:paraId="18FD358B" w14:textId="77777777" w:rsidTr="00077CF9">
        <w:trPr>
          <w:jc w:val="center"/>
        </w:trPr>
        <w:tc>
          <w:tcPr>
            <w:tcW w:w="1134" w:type="dxa"/>
            <w:vAlign w:val="center"/>
          </w:tcPr>
          <w:p w14:paraId="67DB3FD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79</w:t>
            </w:r>
          </w:p>
        </w:tc>
        <w:tc>
          <w:tcPr>
            <w:tcW w:w="1276" w:type="dxa"/>
            <w:vAlign w:val="center"/>
          </w:tcPr>
          <w:p w14:paraId="612C69F4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vAlign w:val="center"/>
          </w:tcPr>
          <w:p w14:paraId="7FE994F2" w14:textId="77777777" w:rsidR="00D26906" w:rsidRPr="00136EC4" w:rsidRDefault="00000000">
            <w:pPr>
              <w:rPr>
                <w:rFonts w:ascii="Verdana" w:hAnsi="Verdana"/>
                <w:sz w:val="16"/>
                <w:szCs w:val="16"/>
                <w:lang w:val="nl-NL"/>
              </w:rPr>
            </w:pPr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Weg vervolgen Noordersluisweg sluizencomplex over naar IJmuiden</w:t>
            </w:r>
          </w:p>
        </w:tc>
        <w:tc>
          <w:tcPr>
            <w:tcW w:w="970" w:type="dxa"/>
            <w:vAlign w:val="center"/>
          </w:tcPr>
          <w:p w14:paraId="3F0409E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BBE79CB" w14:textId="77777777" w:rsidTr="00077CF9">
        <w:trPr>
          <w:jc w:val="center"/>
        </w:trPr>
        <w:tc>
          <w:tcPr>
            <w:tcW w:w="1134" w:type="dxa"/>
            <w:vAlign w:val="center"/>
          </w:tcPr>
          <w:p w14:paraId="44FBDFA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80</w:t>
            </w:r>
          </w:p>
        </w:tc>
        <w:tc>
          <w:tcPr>
            <w:tcW w:w="1276" w:type="dxa"/>
            <w:vAlign w:val="center"/>
          </w:tcPr>
          <w:p w14:paraId="0DC0C2F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RA </w:t>
            </w:r>
          </w:p>
        </w:tc>
        <w:tc>
          <w:tcPr>
            <w:tcW w:w="5834" w:type="dxa"/>
            <w:vAlign w:val="center"/>
          </w:tcPr>
          <w:p w14:paraId="3703824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Einde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sluis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RA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sluisplein</w:t>
            </w:r>
            <w:proofErr w:type="spellEnd"/>
          </w:p>
        </w:tc>
        <w:tc>
          <w:tcPr>
            <w:tcW w:w="970" w:type="dxa"/>
            <w:vAlign w:val="center"/>
          </w:tcPr>
          <w:p w14:paraId="1CA89DE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C00322E" w14:textId="77777777" w:rsidTr="00077CF9">
        <w:trPr>
          <w:jc w:val="center"/>
        </w:trPr>
        <w:tc>
          <w:tcPr>
            <w:tcW w:w="1134" w:type="dxa"/>
            <w:vAlign w:val="center"/>
          </w:tcPr>
          <w:p w14:paraId="2553102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84</w:t>
            </w:r>
          </w:p>
        </w:tc>
        <w:tc>
          <w:tcPr>
            <w:tcW w:w="1276" w:type="dxa"/>
            <w:vAlign w:val="center"/>
          </w:tcPr>
          <w:p w14:paraId="7EA0675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AAA2C88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Bij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DFDS Seaways</w:t>
            </w:r>
          </w:p>
        </w:tc>
        <w:tc>
          <w:tcPr>
            <w:tcW w:w="970" w:type="dxa"/>
            <w:vAlign w:val="center"/>
          </w:tcPr>
          <w:p w14:paraId="1D7B3DD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609BAAFD" w14:textId="77777777" w:rsidTr="00077CF9">
        <w:trPr>
          <w:jc w:val="center"/>
        </w:trPr>
        <w:tc>
          <w:tcPr>
            <w:tcW w:w="1134" w:type="dxa"/>
            <w:vAlign w:val="center"/>
          </w:tcPr>
          <w:p w14:paraId="4E91D6B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85</w:t>
            </w:r>
          </w:p>
        </w:tc>
        <w:tc>
          <w:tcPr>
            <w:tcW w:w="1276" w:type="dxa"/>
            <w:vAlign w:val="center"/>
          </w:tcPr>
          <w:p w14:paraId="4BE719A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7BD0CA9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Halkade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, aan het einde rechts aanhouden, langs viswinkels</w:t>
            </w:r>
          </w:p>
        </w:tc>
        <w:tc>
          <w:tcPr>
            <w:tcW w:w="970" w:type="dxa"/>
            <w:vAlign w:val="center"/>
          </w:tcPr>
          <w:p w14:paraId="13F95E1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23E78061" w14:textId="77777777" w:rsidTr="00077CF9">
        <w:trPr>
          <w:jc w:val="center"/>
        </w:trPr>
        <w:tc>
          <w:tcPr>
            <w:tcW w:w="1134" w:type="dxa"/>
            <w:vAlign w:val="center"/>
          </w:tcPr>
          <w:p w14:paraId="4EFB97C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86</w:t>
            </w:r>
          </w:p>
        </w:tc>
        <w:tc>
          <w:tcPr>
            <w:tcW w:w="1276" w:type="dxa"/>
            <w:vAlign w:val="center"/>
          </w:tcPr>
          <w:p w14:paraId="24FBA94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RA </w:t>
            </w:r>
          </w:p>
        </w:tc>
        <w:tc>
          <w:tcPr>
            <w:tcW w:w="5834" w:type="dxa"/>
            <w:vAlign w:val="center"/>
          </w:tcPr>
          <w:p w14:paraId="6599004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rotonde naar IJmuiden aan Zee</w:t>
            </w:r>
          </w:p>
        </w:tc>
        <w:tc>
          <w:tcPr>
            <w:tcW w:w="970" w:type="dxa"/>
            <w:vAlign w:val="center"/>
          </w:tcPr>
          <w:p w14:paraId="39AC593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2AF69A4C" w14:textId="77777777" w:rsidTr="00077CF9">
        <w:trPr>
          <w:jc w:val="center"/>
        </w:trPr>
        <w:tc>
          <w:tcPr>
            <w:tcW w:w="1134" w:type="dxa"/>
            <w:vAlign w:val="center"/>
          </w:tcPr>
          <w:p w14:paraId="0334C43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87</w:t>
            </w:r>
          </w:p>
        </w:tc>
        <w:tc>
          <w:tcPr>
            <w:tcW w:w="1276" w:type="dxa"/>
            <w:vAlign w:val="center"/>
          </w:tcPr>
          <w:p w14:paraId="1A57FD3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3C9A30A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Bij 2e Rotonde oversteken linkerzijde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Dokweg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aanhouden</w:t>
            </w:r>
          </w:p>
        </w:tc>
        <w:tc>
          <w:tcPr>
            <w:tcW w:w="970" w:type="dxa"/>
            <w:vAlign w:val="center"/>
          </w:tcPr>
          <w:p w14:paraId="02484E7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34A9F3E" w14:textId="77777777" w:rsidTr="00077CF9">
        <w:trPr>
          <w:jc w:val="center"/>
        </w:trPr>
        <w:tc>
          <w:tcPr>
            <w:tcW w:w="1134" w:type="dxa"/>
            <w:vAlign w:val="center"/>
          </w:tcPr>
          <w:p w14:paraId="518A2D8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88</w:t>
            </w:r>
          </w:p>
        </w:tc>
        <w:tc>
          <w:tcPr>
            <w:tcW w:w="1276" w:type="dxa"/>
            <w:vAlign w:val="center"/>
          </w:tcPr>
          <w:p w14:paraId="3D007AD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6746C4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Vóór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Tenniscentrum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IJmuiden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Ampèrestraat</w:t>
            </w:r>
            <w:proofErr w:type="spellEnd"/>
          </w:p>
        </w:tc>
        <w:tc>
          <w:tcPr>
            <w:tcW w:w="970" w:type="dxa"/>
            <w:vAlign w:val="center"/>
          </w:tcPr>
          <w:p w14:paraId="4B6BD80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77A93D6" w14:textId="77777777" w:rsidTr="00077CF9">
        <w:trPr>
          <w:jc w:val="center"/>
        </w:trPr>
        <w:tc>
          <w:tcPr>
            <w:tcW w:w="1134" w:type="dxa"/>
            <w:vAlign w:val="center"/>
          </w:tcPr>
          <w:p w14:paraId="60CBD12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89</w:t>
            </w:r>
          </w:p>
        </w:tc>
        <w:tc>
          <w:tcPr>
            <w:tcW w:w="1276" w:type="dxa"/>
            <w:vAlign w:val="center"/>
          </w:tcPr>
          <w:p w14:paraId="0624D2B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DB5854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Langs duinenrij Ampèrestraat vervolgen, bij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huisnr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. </w:t>
            </w:r>
            <w:r w:rsidRPr="00136EC4">
              <w:rPr>
                <w:rFonts w:ascii="Verdana" w:hAnsi="Verdana"/>
                <w:sz w:val="18"/>
                <w:szCs w:val="18"/>
              </w:rPr>
              <w:t>1-E</w:t>
            </w:r>
          </w:p>
        </w:tc>
        <w:tc>
          <w:tcPr>
            <w:tcW w:w="970" w:type="dxa"/>
            <w:vAlign w:val="center"/>
          </w:tcPr>
          <w:p w14:paraId="47C624B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3C7477C2" w14:textId="77777777" w:rsidTr="00077CF9">
        <w:trPr>
          <w:jc w:val="center"/>
        </w:trPr>
        <w:tc>
          <w:tcPr>
            <w:tcW w:w="1134" w:type="dxa"/>
            <w:vAlign w:val="center"/>
          </w:tcPr>
          <w:p w14:paraId="5486440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90</w:t>
            </w:r>
          </w:p>
        </w:tc>
        <w:tc>
          <w:tcPr>
            <w:tcW w:w="1276" w:type="dxa"/>
            <w:vAlign w:val="center"/>
          </w:tcPr>
          <w:p w14:paraId="3DED48E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53122613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Schuin voetpad op ter hoogte van Dost &amp; van Beugen</w:t>
            </w:r>
          </w:p>
        </w:tc>
        <w:tc>
          <w:tcPr>
            <w:tcW w:w="970" w:type="dxa"/>
            <w:vAlign w:val="center"/>
          </w:tcPr>
          <w:p w14:paraId="7A4B792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37F6E284" w14:textId="77777777" w:rsidTr="00077CF9">
        <w:trPr>
          <w:jc w:val="center"/>
        </w:trPr>
        <w:tc>
          <w:tcPr>
            <w:tcW w:w="1134" w:type="dxa"/>
            <w:vAlign w:val="center"/>
          </w:tcPr>
          <w:p w14:paraId="5B23212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91</w:t>
            </w:r>
          </w:p>
        </w:tc>
        <w:tc>
          <w:tcPr>
            <w:tcW w:w="1276" w:type="dxa"/>
            <w:vAlign w:val="center"/>
          </w:tcPr>
          <w:p w14:paraId="6DBC6AB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70564D6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IJmuiderslag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langs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parkeerplaatsen</w:t>
            </w:r>
            <w:proofErr w:type="spellEnd"/>
          </w:p>
        </w:tc>
        <w:tc>
          <w:tcPr>
            <w:tcW w:w="970" w:type="dxa"/>
            <w:vAlign w:val="center"/>
          </w:tcPr>
          <w:p w14:paraId="39E597A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0AEF234F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155CB26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92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2035DC9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shd w:val="clear" w:color="auto" w:fill="000000"/>
            <w:vAlign w:val="center"/>
          </w:tcPr>
          <w:p w14:paraId="48A5E124" w14:textId="77777777" w:rsidR="00775FBA" w:rsidRPr="00136EC4" w:rsidRDefault="00000000">
            <w:pPr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IJmuiderslag</w:t>
            </w:r>
            <w:proofErr w:type="spellEnd"/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&lt;&lt;RUST&gt;&gt;     </w:t>
            </w:r>
          </w:p>
          <w:p w14:paraId="4D5C29ED" w14:textId="0247761B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Open van 05.30 tot </w:t>
            </w:r>
            <w:proofErr w:type="gramStart"/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10.45 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</w:t>
            </w:r>
            <w:proofErr w:type="gramEnd"/>
          </w:p>
        </w:tc>
        <w:tc>
          <w:tcPr>
            <w:tcW w:w="970" w:type="dxa"/>
            <w:shd w:val="clear" w:color="auto" w:fill="000000"/>
            <w:vAlign w:val="center"/>
          </w:tcPr>
          <w:p w14:paraId="63C1553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50,7</w:t>
            </w:r>
          </w:p>
        </w:tc>
      </w:tr>
      <w:tr w:rsidR="00D26906" w:rsidRPr="00136EC4" w14:paraId="468CB75F" w14:textId="77777777" w:rsidTr="00077CF9">
        <w:trPr>
          <w:jc w:val="center"/>
        </w:trPr>
        <w:tc>
          <w:tcPr>
            <w:tcW w:w="1134" w:type="dxa"/>
            <w:vAlign w:val="center"/>
          </w:tcPr>
          <w:p w14:paraId="132A38A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93</w:t>
            </w:r>
          </w:p>
        </w:tc>
        <w:tc>
          <w:tcPr>
            <w:tcW w:w="1276" w:type="dxa"/>
            <w:vAlign w:val="center"/>
          </w:tcPr>
          <w:p w14:paraId="55CB7BC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7A57CAA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Voetpad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na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30 meter</w:t>
            </w:r>
          </w:p>
        </w:tc>
        <w:tc>
          <w:tcPr>
            <w:tcW w:w="970" w:type="dxa"/>
            <w:vAlign w:val="center"/>
          </w:tcPr>
          <w:p w14:paraId="1506F25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5C40D173" w14:textId="77777777" w:rsidTr="00077CF9">
        <w:trPr>
          <w:jc w:val="center"/>
        </w:trPr>
        <w:tc>
          <w:tcPr>
            <w:tcW w:w="1134" w:type="dxa"/>
            <w:vAlign w:val="center"/>
          </w:tcPr>
          <w:p w14:paraId="1F638C5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94</w:t>
            </w:r>
          </w:p>
        </w:tc>
        <w:tc>
          <w:tcPr>
            <w:tcW w:w="1276" w:type="dxa"/>
            <w:vAlign w:val="center"/>
          </w:tcPr>
          <w:p w14:paraId="490B640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550967D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Voetpad, vervolgens boven op het duin</w:t>
            </w:r>
          </w:p>
        </w:tc>
        <w:tc>
          <w:tcPr>
            <w:tcW w:w="970" w:type="dxa"/>
            <w:vAlign w:val="center"/>
          </w:tcPr>
          <w:p w14:paraId="64E264C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09E139C6" w14:textId="77777777" w:rsidTr="00077CF9">
        <w:trPr>
          <w:jc w:val="center"/>
        </w:trPr>
        <w:tc>
          <w:tcPr>
            <w:tcW w:w="1134" w:type="dxa"/>
            <w:vAlign w:val="center"/>
          </w:tcPr>
          <w:p w14:paraId="3DB01A9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95</w:t>
            </w:r>
          </w:p>
        </w:tc>
        <w:tc>
          <w:tcPr>
            <w:tcW w:w="1276" w:type="dxa"/>
            <w:vAlign w:val="center"/>
          </w:tcPr>
          <w:p w14:paraId="27F90FB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18DB9DF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3 maal trap af en vervolgens</w:t>
            </w:r>
          </w:p>
        </w:tc>
        <w:tc>
          <w:tcPr>
            <w:tcW w:w="970" w:type="dxa"/>
            <w:vAlign w:val="center"/>
          </w:tcPr>
          <w:p w14:paraId="3C46F99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62A703F4" w14:textId="77777777" w:rsidTr="00077CF9">
        <w:trPr>
          <w:jc w:val="center"/>
        </w:trPr>
        <w:tc>
          <w:tcPr>
            <w:tcW w:w="1134" w:type="dxa"/>
            <w:vAlign w:val="center"/>
          </w:tcPr>
          <w:p w14:paraId="20720B5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96</w:t>
            </w:r>
          </w:p>
        </w:tc>
        <w:tc>
          <w:tcPr>
            <w:tcW w:w="1276" w:type="dxa"/>
            <w:vAlign w:val="center"/>
          </w:tcPr>
          <w:p w14:paraId="5229DB1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AC74DC3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Strandweg</w:t>
            </w:r>
            <w:proofErr w:type="spellEnd"/>
          </w:p>
        </w:tc>
        <w:tc>
          <w:tcPr>
            <w:tcW w:w="970" w:type="dxa"/>
            <w:vAlign w:val="center"/>
          </w:tcPr>
          <w:p w14:paraId="3AFEF91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258465EF" w14:textId="77777777" w:rsidTr="00077CF9">
        <w:trPr>
          <w:jc w:val="center"/>
        </w:trPr>
        <w:tc>
          <w:tcPr>
            <w:tcW w:w="1134" w:type="dxa"/>
            <w:vAlign w:val="center"/>
          </w:tcPr>
          <w:p w14:paraId="3C4F999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97</w:t>
            </w:r>
          </w:p>
        </w:tc>
        <w:tc>
          <w:tcPr>
            <w:tcW w:w="1276" w:type="dxa"/>
            <w:vAlign w:val="center"/>
          </w:tcPr>
          <w:p w14:paraId="54C4B3B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192F363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Strandopgang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“Beach Inn”</w:t>
            </w:r>
          </w:p>
        </w:tc>
        <w:tc>
          <w:tcPr>
            <w:tcW w:w="970" w:type="dxa"/>
            <w:vAlign w:val="center"/>
          </w:tcPr>
          <w:p w14:paraId="4340BC4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7FD1C6D0" w14:textId="77777777" w:rsidTr="00077CF9">
        <w:trPr>
          <w:jc w:val="center"/>
        </w:trPr>
        <w:tc>
          <w:tcPr>
            <w:tcW w:w="1134" w:type="dxa"/>
            <w:vAlign w:val="center"/>
          </w:tcPr>
          <w:p w14:paraId="63474FB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98</w:t>
            </w:r>
          </w:p>
        </w:tc>
        <w:tc>
          <w:tcPr>
            <w:tcW w:w="1276" w:type="dxa"/>
            <w:vAlign w:val="center"/>
          </w:tcPr>
          <w:p w14:paraId="41CB4EF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FA242B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Richting Zandvoort (over het strand)</w:t>
            </w:r>
          </w:p>
        </w:tc>
        <w:tc>
          <w:tcPr>
            <w:tcW w:w="970" w:type="dxa"/>
            <w:vAlign w:val="center"/>
          </w:tcPr>
          <w:p w14:paraId="7EE705AD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4DF9575F" w14:textId="77777777" w:rsidTr="00077CF9">
        <w:trPr>
          <w:jc w:val="center"/>
        </w:trPr>
        <w:tc>
          <w:tcPr>
            <w:tcW w:w="1134" w:type="dxa"/>
            <w:vAlign w:val="center"/>
          </w:tcPr>
          <w:p w14:paraId="2DC51B4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99</w:t>
            </w:r>
          </w:p>
        </w:tc>
        <w:tc>
          <w:tcPr>
            <w:tcW w:w="1276" w:type="dxa"/>
            <w:vAlign w:val="center"/>
          </w:tcPr>
          <w:p w14:paraId="7DB3C35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745AA172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Trap op bij Bloemendaal a/Zee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thv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reddingsbrigade en 538</w:t>
            </w:r>
          </w:p>
        </w:tc>
        <w:tc>
          <w:tcPr>
            <w:tcW w:w="970" w:type="dxa"/>
            <w:vAlign w:val="center"/>
          </w:tcPr>
          <w:p w14:paraId="53F08A6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56,4</w:t>
            </w:r>
          </w:p>
        </w:tc>
      </w:tr>
      <w:tr w:rsidR="00D26906" w:rsidRPr="00A44E6A" w14:paraId="3D49D57C" w14:textId="77777777" w:rsidTr="00077CF9">
        <w:trPr>
          <w:jc w:val="center"/>
        </w:trPr>
        <w:tc>
          <w:tcPr>
            <w:tcW w:w="1134" w:type="dxa"/>
            <w:vAlign w:val="center"/>
          </w:tcPr>
          <w:p w14:paraId="7199B0D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100</w:t>
            </w:r>
          </w:p>
        </w:tc>
        <w:tc>
          <w:tcPr>
            <w:tcW w:w="1276" w:type="dxa"/>
            <w:vAlign w:val="center"/>
          </w:tcPr>
          <w:p w14:paraId="30217C4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0FA95962" w14:textId="333F9E51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Eventueel rust in strandtent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Bloomingdale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vanaf 09.00 open</w:t>
            </w:r>
          </w:p>
        </w:tc>
        <w:tc>
          <w:tcPr>
            <w:tcW w:w="970" w:type="dxa"/>
            <w:vAlign w:val="center"/>
          </w:tcPr>
          <w:p w14:paraId="6ED6B0CF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6A834A95" w14:textId="77777777" w:rsidTr="00077CF9">
        <w:trPr>
          <w:jc w:val="center"/>
        </w:trPr>
        <w:tc>
          <w:tcPr>
            <w:tcW w:w="1134" w:type="dxa"/>
            <w:vAlign w:val="center"/>
          </w:tcPr>
          <w:p w14:paraId="548FB94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101</w:t>
            </w:r>
          </w:p>
        </w:tc>
        <w:tc>
          <w:tcPr>
            <w:tcW w:w="1276" w:type="dxa"/>
            <w:vAlign w:val="center"/>
          </w:tcPr>
          <w:p w14:paraId="28C2F03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5985721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Langs parkeerplaats, langs fietspad blijven volgen</w:t>
            </w:r>
          </w:p>
        </w:tc>
        <w:tc>
          <w:tcPr>
            <w:tcW w:w="970" w:type="dxa"/>
            <w:vAlign w:val="center"/>
          </w:tcPr>
          <w:p w14:paraId="6F7805C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791F1E2E" w14:textId="77777777" w:rsidTr="00077CF9">
        <w:trPr>
          <w:jc w:val="center"/>
        </w:trPr>
        <w:tc>
          <w:tcPr>
            <w:tcW w:w="1134" w:type="dxa"/>
            <w:vAlign w:val="center"/>
          </w:tcPr>
          <w:p w14:paraId="49D1307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102</w:t>
            </w:r>
          </w:p>
        </w:tc>
        <w:tc>
          <w:tcPr>
            <w:tcW w:w="1276" w:type="dxa"/>
            <w:vAlign w:val="center"/>
          </w:tcPr>
          <w:p w14:paraId="793DF6A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92BB32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voetganger/fietsoversteek Zeeweg oversteken (kijk uit!)</w:t>
            </w:r>
          </w:p>
        </w:tc>
        <w:tc>
          <w:tcPr>
            <w:tcW w:w="970" w:type="dxa"/>
            <w:vAlign w:val="center"/>
          </w:tcPr>
          <w:p w14:paraId="7C844384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05581775" w14:textId="77777777" w:rsidTr="00077CF9">
        <w:trPr>
          <w:jc w:val="center"/>
        </w:trPr>
        <w:tc>
          <w:tcPr>
            <w:tcW w:w="1134" w:type="dxa"/>
            <w:vAlign w:val="center"/>
          </w:tcPr>
          <w:p w14:paraId="39D5B4E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103</w:t>
            </w:r>
          </w:p>
        </w:tc>
        <w:tc>
          <w:tcPr>
            <w:tcW w:w="1276" w:type="dxa"/>
            <w:vAlign w:val="center"/>
          </w:tcPr>
          <w:p w14:paraId="56892AC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73AE49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Fietspad</w:t>
            </w:r>
            <w:proofErr w:type="spellEnd"/>
          </w:p>
        </w:tc>
        <w:tc>
          <w:tcPr>
            <w:tcW w:w="970" w:type="dxa"/>
            <w:vAlign w:val="center"/>
          </w:tcPr>
          <w:p w14:paraId="5961507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77B6AF6" w14:textId="77777777" w:rsidTr="00077CF9">
        <w:trPr>
          <w:jc w:val="center"/>
        </w:trPr>
        <w:tc>
          <w:tcPr>
            <w:tcW w:w="1134" w:type="dxa"/>
            <w:vAlign w:val="center"/>
          </w:tcPr>
          <w:p w14:paraId="1F88A88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104</w:t>
            </w:r>
          </w:p>
        </w:tc>
        <w:tc>
          <w:tcPr>
            <w:tcW w:w="1276" w:type="dxa"/>
            <w:vAlign w:val="center"/>
          </w:tcPr>
          <w:p w14:paraId="58B58E9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482C315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Nationaal Park Zuid Kennemerland,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Duinpieperpad</w:t>
            </w:r>
            <w:proofErr w:type="spellEnd"/>
          </w:p>
        </w:tc>
        <w:tc>
          <w:tcPr>
            <w:tcW w:w="970" w:type="dxa"/>
            <w:vAlign w:val="center"/>
          </w:tcPr>
          <w:p w14:paraId="626E95F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1066FC7C" w14:textId="77777777" w:rsidTr="00077CF9">
        <w:trPr>
          <w:jc w:val="center"/>
        </w:trPr>
        <w:tc>
          <w:tcPr>
            <w:tcW w:w="1134" w:type="dxa"/>
            <w:vAlign w:val="center"/>
          </w:tcPr>
          <w:p w14:paraId="64C3377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105</w:t>
            </w:r>
          </w:p>
        </w:tc>
        <w:tc>
          <w:tcPr>
            <w:tcW w:w="1276" w:type="dxa"/>
            <w:vAlign w:val="center"/>
          </w:tcPr>
          <w:p w14:paraId="30345AE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6390150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Vóór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volkstuinen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Kraansvlak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>/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Wurmenveld</w:t>
            </w:r>
            <w:proofErr w:type="spellEnd"/>
          </w:p>
        </w:tc>
        <w:tc>
          <w:tcPr>
            <w:tcW w:w="970" w:type="dxa"/>
            <w:vAlign w:val="center"/>
          </w:tcPr>
          <w:p w14:paraId="29828CF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3CB05C9F" w14:textId="77777777" w:rsidTr="00077CF9">
        <w:trPr>
          <w:jc w:val="center"/>
        </w:trPr>
        <w:tc>
          <w:tcPr>
            <w:tcW w:w="1134" w:type="dxa"/>
            <w:vAlign w:val="center"/>
          </w:tcPr>
          <w:p w14:paraId="59F0D43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106</w:t>
            </w:r>
          </w:p>
        </w:tc>
        <w:tc>
          <w:tcPr>
            <w:tcW w:w="1276" w:type="dxa"/>
            <w:vAlign w:val="center"/>
          </w:tcPr>
          <w:p w14:paraId="070A6A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35B2B08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Tunnel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onder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spoorlijn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door</w:t>
            </w:r>
          </w:p>
        </w:tc>
        <w:tc>
          <w:tcPr>
            <w:tcW w:w="970" w:type="dxa"/>
            <w:vAlign w:val="center"/>
          </w:tcPr>
          <w:p w14:paraId="232AD16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63B87834" w14:textId="77777777" w:rsidTr="00077CF9">
        <w:trPr>
          <w:jc w:val="center"/>
        </w:trPr>
        <w:tc>
          <w:tcPr>
            <w:tcW w:w="1134" w:type="dxa"/>
            <w:vAlign w:val="center"/>
          </w:tcPr>
          <w:p w14:paraId="54DE116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107</w:t>
            </w:r>
          </w:p>
        </w:tc>
        <w:tc>
          <w:tcPr>
            <w:tcW w:w="1276" w:type="dxa"/>
            <w:vAlign w:val="center"/>
          </w:tcPr>
          <w:p w14:paraId="664FA8B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190842B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Visscherspad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Haarlem</w:t>
            </w:r>
          </w:p>
        </w:tc>
        <w:tc>
          <w:tcPr>
            <w:tcW w:w="970" w:type="dxa"/>
            <w:vAlign w:val="center"/>
          </w:tcPr>
          <w:p w14:paraId="6CF3E581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504C350D" w14:textId="77777777" w:rsidTr="00077CF9">
        <w:trPr>
          <w:jc w:val="center"/>
        </w:trPr>
        <w:tc>
          <w:tcPr>
            <w:tcW w:w="1134" w:type="dxa"/>
            <w:vAlign w:val="center"/>
          </w:tcPr>
          <w:p w14:paraId="36E843C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108</w:t>
            </w:r>
          </w:p>
        </w:tc>
        <w:tc>
          <w:tcPr>
            <w:tcW w:w="1276" w:type="dxa"/>
            <w:vAlign w:val="center"/>
          </w:tcPr>
          <w:p w14:paraId="077CD77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B622C6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Blinkertweg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richting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Bentveld</w:t>
            </w:r>
            <w:proofErr w:type="spellEnd"/>
          </w:p>
        </w:tc>
        <w:tc>
          <w:tcPr>
            <w:tcW w:w="970" w:type="dxa"/>
            <w:vAlign w:val="center"/>
          </w:tcPr>
          <w:p w14:paraId="604EF65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579118AC" w14:textId="77777777" w:rsidTr="00077CF9">
        <w:trPr>
          <w:jc w:val="center"/>
        </w:trPr>
        <w:tc>
          <w:tcPr>
            <w:tcW w:w="1134" w:type="dxa"/>
            <w:vAlign w:val="center"/>
          </w:tcPr>
          <w:p w14:paraId="169C135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109</w:t>
            </w:r>
          </w:p>
        </w:tc>
        <w:tc>
          <w:tcPr>
            <w:tcW w:w="1276" w:type="dxa"/>
            <w:vAlign w:val="center"/>
          </w:tcPr>
          <w:p w14:paraId="7C9E750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5FC5C8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“Oude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Trambaan”en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na 20 meter</w:t>
            </w:r>
          </w:p>
        </w:tc>
        <w:tc>
          <w:tcPr>
            <w:tcW w:w="970" w:type="dxa"/>
            <w:vAlign w:val="center"/>
          </w:tcPr>
          <w:p w14:paraId="1D761F0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7AADD476" w14:textId="77777777" w:rsidTr="00077CF9">
        <w:trPr>
          <w:jc w:val="center"/>
        </w:trPr>
        <w:tc>
          <w:tcPr>
            <w:tcW w:w="1134" w:type="dxa"/>
            <w:vAlign w:val="center"/>
          </w:tcPr>
          <w:p w14:paraId="746C631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110</w:t>
            </w:r>
          </w:p>
        </w:tc>
        <w:tc>
          <w:tcPr>
            <w:tcW w:w="1276" w:type="dxa"/>
            <w:vAlign w:val="center"/>
          </w:tcPr>
          <w:p w14:paraId="7D23273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48A3BD4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Fietspad komt uit op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Zandvoortselaan</w:t>
            </w:r>
            <w:proofErr w:type="spellEnd"/>
          </w:p>
        </w:tc>
        <w:tc>
          <w:tcPr>
            <w:tcW w:w="970" w:type="dxa"/>
            <w:vAlign w:val="center"/>
          </w:tcPr>
          <w:p w14:paraId="4CA1EA7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8923BE8" w14:textId="77777777" w:rsidTr="00077CF9">
        <w:trPr>
          <w:jc w:val="center"/>
        </w:trPr>
        <w:tc>
          <w:tcPr>
            <w:tcW w:w="1134" w:type="dxa"/>
            <w:vAlign w:val="center"/>
          </w:tcPr>
          <w:p w14:paraId="79BCBA4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111</w:t>
            </w:r>
          </w:p>
        </w:tc>
        <w:tc>
          <w:tcPr>
            <w:tcW w:w="1276" w:type="dxa"/>
            <w:vAlign w:val="center"/>
          </w:tcPr>
          <w:p w14:paraId="58427E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A0A057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Zandvoortselaan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</w:rPr>
              <w:t xml:space="preserve"> tot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</w:rPr>
              <w:t>rotonde</w:t>
            </w:r>
            <w:proofErr w:type="spellEnd"/>
          </w:p>
        </w:tc>
        <w:tc>
          <w:tcPr>
            <w:tcW w:w="970" w:type="dxa"/>
            <w:vAlign w:val="center"/>
          </w:tcPr>
          <w:p w14:paraId="3D80282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00B3B4D4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1D11334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112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37E84E1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LA</w:t>
            </w:r>
          </w:p>
        </w:tc>
        <w:tc>
          <w:tcPr>
            <w:tcW w:w="5834" w:type="dxa"/>
            <w:shd w:val="clear" w:color="auto" w:fill="000000"/>
            <w:vAlign w:val="center"/>
          </w:tcPr>
          <w:p w14:paraId="6609478F" w14:textId="765A29D0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Parkeerplaats nabij Restaurant De Duinrand &lt;&lt;RUST&gt;&gt;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br/>
              <w:t>Open van 08.30 tot 14.15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0D0B2C6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64,8</w:t>
            </w:r>
          </w:p>
        </w:tc>
      </w:tr>
      <w:tr w:rsidR="00D26906" w:rsidRPr="00A44E6A" w14:paraId="390F310D" w14:textId="77777777" w:rsidTr="00077CF9">
        <w:trPr>
          <w:jc w:val="center"/>
        </w:trPr>
        <w:tc>
          <w:tcPr>
            <w:tcW w:w="1134" w:type="dxa"/>
            <w:vAlign w:val="center"/>
          </w:tcPr>
          <w:p w14:paraId="092CE61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113</w:t>
            </w:r>
          </w:p>
        </w:tc>
        <w:tc>
          <w:tcPr>
            <w:tcW w:w="1276" w:type="dxa"/>
            <w:vAlign w:val="center"/>
          </w:tcPr>
          <w:p w14:paraId="1A838EE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440DAF4F" w14:textId="77777777" w:rsidR="00D26906" w:rsidRPr="00136EC4" w:rsidRDefault="00000000">
            <w:pPr>
              <w:rPr>
                <w:rFonts w:ascii="Verdana" w:hAnsi="Verdana"/>
                <w:sz w:val="16"/>
                <w:szCs w:val="16"/>
                <w:lang w:val="nl-NL"/>
              </w:rPr>
            </w:pPr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Parkeerplaats via zelfde route verlaten, linksaf hek door</w:t>
            </w:r>
            <w:r w:rsidRPr="00136EC4">
              <w:rPr>
                <w:rFonts w:ascii="Verdana" w:hAnsi="Verdana"/>
                <w:sz w:val="16"/>
                <w:szCs w:val="16"/>
                <w:lang w:val="nl-NL"/>
              </w:rPr>
              <w:br/>
              <w:t xml:space="preserve">Bewegwijzering richting Oranjekom volgen (route niet </w:t>
            </w:r>
            <w:proofErr w:type="spellStart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gepijld</w:t>
            </w:r>
            <w:proofErr w:type="spellEnd"/>
            <w:r w:rsidRPr="00136EC4">
              <w:rPr>
                <w:rFonts w:ascii="Verdana" w:hAnsi="Verdana"/>
                <w:sz w:val="16"/>
                <w:szCs w:val="16"/>
                <w:lang w:val="nl-NL"/>
              </w:rPr>
              <w:t>)</w:t>
            </w:r>
          </w:p>
        </w:tc>
        <w:tc>
          <w:tcPr>
            <w:tcW w:w="970" w:type="dxa"/>
            <w:vAlign w:val="center"/>
          </w:tcPr>
          <w:p w14:paraId="5C0B502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05DA5C35" w14:textId="77777777" w:rsidTr="00077CF9">
        <w:trPr>
          <w:jc w:val="center"/>
        </w:trPr>
        <w:tc>
          <w:tcPr>
            <w:tcW w:w="1134" w:type="dxa"/>
            <w:vAlign w:val="center"/>
          </w:tcPr>
          <w:p w14:paraId="16D998B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114</w:t>
            </w:r>
          </w:p>
        </w:tc>
        <w:tc>
          <w:tcPr>
            <w:tcW w:w="1276" w:type="dxa"/>
            <w:vAlign w:val="center"/>
          </w:tcPr>
          <w:p w14:paraId="34C55C6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vAlign w:val="center"/>
          </w:tcPr>
          <w:p w14:paraId="1276E22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uitgang “De Oase” verlaat u het duingebied</w:t>
            </w:r>
          </w:p>
        </w:tc>
        <w:tc>
          <w:tcPr>
            <w:tcW w:w="970" w:type="dxa"/>
            <w:vAlign w:val="center"/>
          </w:tcPr>
          <w:p w14:paraId="75CE492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544CE6B4" w14:textId="77777777" w:rsidTr="00077CF9">
        <w:trPr>
          <w:jc w:val="center"/>
        </w:trPr>
        <w:tc>
          <w:tcPr>
            <w:tcW w:w="1134" w:type="dxa"/>
            <w:vAlign w:val="center"/>
          </w:tcPr>
          <w:p w14:paraId="250FFF5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lastRenderedPageBreak/>
              <w:t>115</w:t>
            </w:r>
          </w:p>
        </w:tc>
        <w:tc>
          <w:tcPr>
            <w:tcW w:w="1276" w:type="dxa"/>
            <w:vAlign w:val="center"/>
          </w:tcPr>
          <w:p w14:paraId="71C3C59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7E80C81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Langs parkeerplaats en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Vogelenzangseweg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oversteken</w:t>
            </w:r>
          </w:p>
        </w:tc>
        <w:tc>
          <w:tcPr>
            <w:tcW w:w="970" w:type="dxa"/>
            <w:vAlign w:val="center"/>
          </w:tcPr>
          <w:p w14:paraId="2D87F84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7C783CBF" w14:textId="77777777" w:rsidTr="00077CF9">
        <w:trPr>
          <w:jc w:val="center"/>
        </w:trPr>
        <w:tc>
          <w:tcPr>
            <w:tcW w:w="1134" w:type="dxa"/>
            <w:vAlign w:val="center"/>
          </w:tcPr>
          <w:p w14:paraId="253B6D9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116</w:t>
            </w:r>
          </w:p>
        </w:tc>
        <w:tc>
          <w:tcPr>
            <w:tcW w:w="1276" w:type="dxa"/>
            <w:vAlign w:val="center"/>
          </w:tcPr>
          <w:p w14:paraId="73E830C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DA3B329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Snippenbos en na hooguit 100 meter “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Leyduin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” in</w:t>
            </w:r>
          </w:p>
        </w:tc>
        <w:tc>
          <w:tcPr>
            <w:tcW w:w="970" w:type="dxa"/>
            <w:vAlign w:val="center"/>
          </w:tcPr>
          <w:p w14:paraId="7C1CEB3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7A97F120" w14:textId="77777777" w:rsidTr="00077CF9">
        <w:trPr>
          <w:jc w:val="center"/>
        </w:trPr>
        <w:tc>
          <w:tcPr>
            <w:tcW w:w="1134" w:type="dxa"/>
            <w:vAlign w:val="center"/>
          </w:tcPr>
          <w:p w14:paraId="2BBF6C3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117</w:t>
            </w:r>
          </w:p>
        </w:tc>
        <w:tc>
          <w:tcPr>
            <w:tcW w:w="1276" w:type="dxa"/>
            <w:vAlign w:val="center"/>
          </w:tcPr>
          <w:p w14:paraId="69A6509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C6DB06E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Manpadroute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,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Leyduin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asfaltpad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aanhouden tot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Leidsevaart</w:t>
            </w:r>
            <w:proofErr w:type="spellEnd"/>
          </w:p>
        </w:tc>
        <w:tc>
          <w:tcPr>
            <w:tcW w:w="970" w:type="dxa"/>
            <w:vAlign w:val="center"/>
          </w:tcPr>
          <w:p w14:paraId="07163911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5CBC1F35" w14:textId="77777777" w:rsidTr="00077CF9">
        <w:trPr>
          <w:jc w:val="center"/>
        </w:trPr>
        <w:tc>
          <w:tcPr>
            <w:tcW w:w="1134" w:type="dxa"/>
            <w:vAlign w:val="center"/>
          </w:tcPr>
          <w:p w14:paraId="320A626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118</w:t>
            </w:r>
          </w:p>
        </w:tc>
        <w:tc>
          <w:tcPr>
            <w:tcW w:w="1276" w:type="dxa"/>
            <w:vAlign w:val="center"/>
          </w:tcPr>
          <w:p w14:paraId="536E7E3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50ECA13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Leidsevaart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brug over </w:t>
            </w: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Manpadslaan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vervolgen</w:t>
            </w:r>
          </w:p>
        </w:tc>
        <w:tc>
          <w:tcPr>
            <w:tcW w:w="970" w:type="dxa"/>
            <w:vAlign w:val="center"/>
          </w:tcPr>
          <w:p w14:paraId="20F11B9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6C48B6D7" w14:textId="77777777" w:rsidTr="00077CF9">
        <w:trPr>
          <w:jc w:val="center"/>
        </w:trPr>
        <w:tc>
          <w:tcPr>
            <w:tcW w:w="1134" w:type="dxa"/>
            <w:vAlign w:val="center"/>
          </w:tcPr>
          <w:p w14:paraId="38062CA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119</w:t>
            </w:r>
          </w:p>
        </w:tc>
        <w:tc>
          <w:tcPr>
            <w:tcW w:w="1276" w:type="dxa"/>
            <w:vAlign w:val="center"/>
          </w:tcPr>
          <w:p w14:paraId="5FEC4BA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071E191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Herenweg oversteken</w:t>
            </w:r>
          </w:p>
        </w:tc>
        <w:tc>
          <w:tcPr>
            <w:tcW w:w="970" w:type="dxa"/>
            <w:vAlign w:val="center"/>
          </w:tcPr>
          <w:p w14:paraId="28B614CD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4CC7585D" w14:textId="77777777" w:rsidTr="00077CF9">
        <w:trPr>
          <w:jc w:val="center"/>
        </w:trPr>
        <w:tc>
          <w:tcPr>
            <w:tcW w:w="1134" w:type="dxa"/>
            <w:vAlign w:val="center"/>
          </w:tcPr>
          <w:p w14:paraId="3C9B430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120</w:t>
            </w:r>
          </w:p>
        </w:tc>
        <w:tc>
          <w:tcPr>
            <w:tcW w:w="1276" w:type="dxa"/>
            <w:vAlign w:val="center"/>
          </w:tcPr>
          <w:p w14:paraId="2B68279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55C4560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Langs Herenweg tot Restaurant “de Konijnenberg” en hier</w:t>
            </w:r>
          </w:p>
        </w:tc>
        <w:tc>
          <w:tcPr>
            <w:tcW w:w="970" w:type="dxa"/>
            <w:vAlign w:val="center"/>
          </w:tcPr>
          <w:p w14:paraId="68241F0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09331B13" w14:textId="77777777" w:rsidTr="00077CF9">
        <w:trPr>
          <w:jc w:val="center"/>
        </w:trPr>
        <w:tc>
          <w:tcPr>
            <w:tcW w:w="1134" w:type="dxa"/>
            <w:vAlign w:val="center"/>
          </w:tcPr>
          <w:p w14:paraId="1695B53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121</w:t>
            </w:r>
          </w:p>
        </w:tc>
        <w:tc>
          <w:tcPr>
            <w:tcW w:w="1276" w:type="dxa"/>
            <w:vAlign w:val="center"/>
          </w:tcPr>
          <w:p w14:paraId="0854BE4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361409A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proofErr w:type="spellStart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Groenendaalse</w:t>
            </w:r>
            <w:proofErr w:type="spellEnd"/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 xml:space="preserve"> bos langs parkeerplaats bij klaphek</w:t>
            </w:r>
          </w:p>
        </w:tc>
        <w:tc>
          <w:tcPr>
            <w:tcW w:w="970" w:type="dxa"/>
            <w:vAlign w:val="center"/>
          </w:tcPr>
          <w:p w14:paraId="39C30211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098E48E3" w14:textId="77777777" w:rsidTr="00077CF9">
        <w:trPr>
          <w:jc w:val="center"/>
        </w:trPr>
        <w:tc>
          <w:tcPr>
            <w:tcW w:w="1134" w:type="dxa"/>
            <w:vAlign w:val="center"/>
          </w:tcPr>
          <w:p w14:paraId="08A253A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122</w:t>
            </w:r>
          </w:p>
        </w:tc>
        <w:tc>
          <w:tcPr>
            <w:tcW w:w="1276" w:type="dxa"/>
            <w:vAlign w:val="center"/>
          </w:tcPr>
          <w:p w14:paraId="5670573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2ECF4E4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Fiets- of voetpad vervolgen en na 2e klaphek</w:t>
            </w:r>
          </w:p>
        </w:tc>
        <w:tc>
          <w:tcPr>
            <w:tcW w:w="970" w:type="dxa"/>
            <w:vAlign w:val="center"/>
          </w:tcPr>
          <w:p w14:paraId="61FB879C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6D224612" w14:textId="77777777" w:rsidTr="00077CF9">
        <w:trPr>
          <w:jc w:val="center"/>
        </w:trPr>
        <w:tc>
          <w:tcPr>
            <w:tcW w:w="1134" w:type="dxa"/>
            <w:vAlign w:val="center"/>
          </w:tcPr>
          <w:p w14:paraId="328EDE7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123</w:t>
            </w:r>
          </w:p>
        </w:tc>
        <w:tc>
          <w:tcPr>
            <w:tcW w:w="1276" w:type="dxa"/>
            <w:vAlign w:val="center"/>
          </w:tcPr>
          <w:p w14:paraId="2DF874D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2FA60849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Langs Restaurant en parkeerplaatsen tot einde</w:t>
            </w:r>
          </w:p>
        </w:tc>
        <w:tc>
          <w:tcPr>
            <w:tcW w:w="970" w:type="dxa"/>
            <w:vAlign w:val="center"/>
          </w:tcPr>
          <w:p w14:paraId="0F989F41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22C7CBD8" w14:textId="77777777" w:rsidTr="00077CF9">
        <w:trPr>
          <w:jc w:val="center"/>
        </w:trPr>
        <w:tc>
          <w:tcPr>
            <w:tcW w:w="1134" w:type="dxa"/>
            <w:vAlign w:val="center"/>
          </w:tcPr>
          <w:p w14:paraId="56E708F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124</w:t>
            </w:r>
          </w:p>
        </w:tc>
        <w:tc>
          <w:tcPr>
            <w:tcW w:w="1276" w:type="dxa"/>
            <w:vAlign w:val="center"/>
          </w:tcPr>
          <w:p w14:paraId="7850B3B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4B0A68B7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Burg. Van Rappardlaan </w:t>
            </w:r>
          </w:p>
        </w:tc>
        <w:tc>
          <w:tcPr>
            <w:tcW w:w="970" w:type="dxa"/>
            <w:vAlign w:val="center"/>
          </w:tcPr>
          <w:p w14:paraId="695FFF0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35EACE9E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65E3F38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125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7503A9D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34" w:type="dxa"/>
            <w:shd w:val="clear" w:color="auto" w:fill="000000"/>
            <w:vAlign w:val="center"/>
          </w:tcPr>
          <w:p w14:paraId="0428F186" w14:textId="5110BA8C" w:rsidR="00775FBA" w:rsidRPr="00136EC4" w:rsidRDefault="00000000">
            <w:pPr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</w:pPr>
            <w:proofErr w:type="gramStart"/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Groenendaal 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&lt;</w:t>
            </w:r>
            <w:proofErr w:type="gramEnd"/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&lt;RUST&gt;&gt;   </w:t>
            </w:r>
          </w:p>
          <w:p w14:paraId="28975E5F" w14:textId="68744AD4" w:rsidR="00D26906" w:rsidRPr="00136EC4" w:rsidRDefault="00775FBA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Open van 11.00 tot 16.00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520C1E1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73</w:t>
            </w:r>
          </w:p>
        </w:tc>
      </w:tr>
      <w:tr w:rsidR="00D26906" w:rsidRPr="00136EC4" w14:paraId="7610CEA2" w14:textId="77777777" w:rsidTr="00077CF9">
        <w:trPr>
          <w:jc w:val="center"/>
        </w:trPr>
        <w:tc>
          <w:tcPr>
            <w:tcW w:w="1134" w:type="dxa"/>
            <w:vAlign w:val="center"/>
          </w:tcPr>
          <w:p w14:paraId="0C0545B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126</w:t>
            </w:r>
          </w:p>
        </w:tc>
        <w:tc>
          <w:tcPr>
            <w:tcW w:w="1276" w:type="dxa"/>
            <w:vAlign w:val="center"/>
          </w:tcPr>
          <w:p w14:paraId="4150277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3B05E91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Langs kinderboerderij richting “Molen”</w:t>
            </w:r>
          </w:p>
        </w:tc>
        <w:tc>
          <w:tcPr>
            <w:tcW w:w="970" w:type="dxa"/>
            <w:vAlign w:val="center"/>
          </w:tcPr>
          <w:p w14:paraId="6CCC561F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3D12D7A5" w14:textId="77777777" w:rsidTr="00077CF9">
        <w:trPr>
          <w:jc w:val="center"/>
        </w:trPr>
        <w:tc>
          <w:tcPr>
            <w:tcW w:w="1134" w:type="dxa"/>
            <w:vAlign w:val="center"/>
          </w:tcPr>
          <w:p w14:paraId="7DD401E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127</w:t>
            </w:r>
          </w:p>
        </w:tc>
        <w:tc>
          <w:tcPr>
            <w:tcW w:w="1276" w:type="dxa"/>
            <w:vAlign w:val="center"/>
          </w:tcPr>
          <w:p w14:paraId="495AE2A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3EB5D66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Herfstlaan</w:t>
            </w:r>
          </w:p>
        </w:tc>
        <w:tc>
          <w:tcPr>
            <w:tcW w:w="970" w:type="dxa"/>
            <w:vAlign w:val="center"/>
          </w:tcPr>
          <w:p w14:paraId="60EE9D3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66A84322" w14:textId="77777777" w:rsidTr="00077CF9">
        <w:trPr>
          <w:jc w:val="center"/>
        </w:trPr>
        <w:tc>
          <w:tcPr>
            <w:tcW w:w="1134" w:type="dxa"/>
            <w:vAlign w:val="center"/>
          </w:tcPr>
          <w:p w14:paraId="16E7AE6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128</w:t>
            </w:r>
          </w:p>
        </w:tc>
        <w:tc>
          <w:tcPr>
            <w:tcW w:w="1276" w:type="dxa"/>
            <w:vAlign w:val="center"/>
          </w:tcPr>
          <w:p w14:paraId="511AA0F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59E5E7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Glipperdreef</w:t>
            </w:r>
          </w:p>
        </w:tc>
        <w:tc>
          <w:tcPr>
            <w:tcW w:w="970" w:type="dxa"/>
            <w:vAlign w:val="center"/>
          </w:tcPr>
          <w:p w14:paraId="279A547F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5A554DD3" w14:textId="77777777" w:rsidTr="00077CF9">
        <w:trPr>
          <w:jc w:val="center"/>
        </w:trPr>
        <w:tc>
          <w:tcPr>
            <w:tcW w:w="1134" w:type="dxa"/>
            <w:vAlign w:val="center"/>
          </w:tcPr>
          <w:p w14:paraId="602455A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129</w:t>
            </w:r>
          </w:p>
        </w:tc>
        <w:tc>
          <w:tcPr>
            <w:tcW w:w="1276" w:type="dxa"/>
            <w:vAlign w:val="center"/>
          </w:tcPr>
          <w:p w14:paraId="6CF5D90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E92DB33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Sportparklaan</w:t>
            </w:r>
          </w:p>
        </w:tc>
        <w:tc>
          <w:tcPr>
            <w:tcW w:w="970" w:type="dxa"/>
            <w:vAlign w:val="center"/>
          </w:tcPr>
          <w:p w14:paraId="52EFF34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59C4608B" w14:textId="77777777" w:rsidTr="00077CF9">
        <w:trPr>
          <w:jc w:val="center"/>
        </w:trPr>
        <w:tc>
          <w:tcPr>
            <w:tcW w:w="1134" w:type="dxa"/>
            <w:vAlign w:val="center"/>
          </w:tcPr>
          <w:p w14:paraId="15977FB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130</w:t>
            </w:r>
          </w:p>
        </w:tc>
        <w:tc>
          <w:tcPr>
            <w:tcW w:w="1276" w:type="dxa"/>
            <w:vAlign w:val="center"/>
          </w:tcPr>
          <w:p w14:paraId="700BE7D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13CB4608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Ringvaartlaan uitlopen tot aan de Ringvaart</w:t>
            </w:r>
          </w:p>
        </w:tc>
        <w:tc>
          <w:tcPr>
            <w:tcW w:w="970" w:type="dxa"/>
            <w:vAlign w:val="center"/>
          </w:tcPr>
          <w:p w14:paraId="784A69A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499411AE" w14:textId="77777777" w:rsidTr="00077CF9">
        <w:trPr>
          <w:jc w:val="center"/>
        </w:trPr>
        <w:tc>
          <w:tcPr>
            <w:tcW w:w="1134" w:type="dxa"/>
            <w:vAlign w:val="center"/>
          </w:tcPr>
          <w:p w14:paraId="5DB8A0C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131</w:t>
            </w:r>
          </w:p>
        </w:tc>
        <w:tc>
          <w:tcPr>
            <w:tcW w:w="1276" w:type="dxa"/>
            <w:vAlign w:val="center"/>
          </w:tcPr>
          <w:p w14:paraId="0EFC6B1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04A58D81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Pad vervolgen tot brug</w:t>
            </w:r>
          </w:p>
        </w:tc>
        <w:tc>
          <w:tcPr>
            <w:tcW w:w="970" w:type="dxa"/>
            <w:vAlign w:val="center"/>
          </w:tcPr>
          <w:p w14:paraId="5E32452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7F27619E" w14:textId="77777777" w:rsidTr="00077CF9">
        <w:trPr>
          <w:jc w:val="center"/>
        </w:trPr>
        <w:tc>
          <w:tcPr>
            <w:tcW w:w="1134" w:type="dxa"/>
            <w:vAlign w:val="center"/>
          </w:tcPr>
          <w:p w14:paraId="50772D9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132</w:t>
            </w:r>
          </w:p>
        </w:tc>
        <w:tc>
          <w:tcPr>
            <w:tcW w:w="1276" w:type="dxa"/>
            <w:vAlign w:val="center"/>
          </w:tcPr>
          <w:p w14:paraId="071D74A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10108F8C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Tunnel onder Cruquiusweg, trap naar boven, brug over</w:t>
            </w:r>
          </w:p>
        </w:tc>
        <w:tc>
          <w:tcPr>
            <w:tcW w:w="970" w:type="dxa"/>
            <w:vAlign w:val="center"/>
          </w:tcPr>
          <w:p w14:paraId="665FAAC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4F708D4F" w14:textId="77777777" w:rsidTr="00077CF9">
        <w:trPr>
          <w:jc w:val="center"/>
        </w:trPr>
        <w:tc>
          <w:tcPr>
            <w:tcW w:w="1134" w:type="dxa"/>
            <w:vAlign w:val="center"/>
          </w:tcPr>
          <w:p w14:paraId="24D8D59F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133</w:t>
            </w:r>
          </w:p>
        </w:tc>
        <w:tc>
          <w:tcPr>
            <w:tcW w:w="1276" w:type="dxa"/>
            <w:vAlign w:val="center"/>
          </w:tcPr>
          <w:p w14:paraId="2D880BE8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573D804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Langs Gemaal Cruquiusdijk volgen</w:t>
            </w:r>
          </w:p>
        </w:tc>
        <w:tc>
          <w:tcPr>
            <w:tcW w:w="970" w:type="dxa"/>
            <w:vAlign w:val="center"/>
          </w:tcPr>
          <w:p w14:paraId="6D6ED1B9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2967928E" w14:textId="77777777" w:rsidTr="00077CF9">
        <w:trPr>
          <w:jc w:val="center"/>
        </w:trPr>
        <w:tc>
          <w:tcPr>
            <w:tcW w:w="1134" w:type="dxa"/>
            <w:vAlign w:val="center"/>
          </w:tcPr>
          <w:p w14:paraId="2BE9E72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134</w:t>
            </w:r>
          </w:p>
        </w:tc>
        <w:tc>
          <w:tcPr>
            <w:tcW w:w="1276" w:type="dxa"/>
            <w:vAlign w:val="center"/>
          </w:tcPr>
          <w:p w14:paraId="475528F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29108FB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Bruggetje over de Ringvaart en direct</w:t>
            </w:r>
          </w:p>
        </w:tc>
        <w:tc>
          <w:tcPr>
            <w:tcW w:w="970" w:type="dxa"/>
            <w:vAlign w:val="center"/>
          </w:tcPr>
          <w:p w14:paraId="7B6694CE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7977515" w14:textId="77777777" w:rsidTr="00077CF9">
        <w:trPr>
          <w:jc w:val="center"/>
        </w:trPr>
        <w:tc>
          <w:tcPr>
            <w:tcW w:w="1134" w:type="dxa"/>
            <w:vAlign w:val="center"/>
          </w:tcPr>
          <w:p w14:paraId="056E24D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135</w:t>
            </w:r>
          </w:p>
        </w:tc>
        <w:tc>
          <w:tcPr>
            <w:tcW w:w="1276" w:type="dxa"/>
            <w:vAlign w:val="center"/>
          </w:tcPr>
          <w:p w14:paraId="6D87D1A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E82B81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Hommeldijk, fietspad richting molen</w:t>
            </w:r>
          </w:p>
        </w:tc>
        <w:tc>
          <w:tcPr>
            <w:tcW w:w="970" w:type="dxa"/>
            <w:vAlign w:val="center"/>
          </w:tcPr>
          <w:p w14:paraId="47DCAAF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1DF4076C" w14:textId="77777777" w:rsidTr="00077CF9">
        <w:trPr>
          <w:jc w:val="center"/>
        </w:trPr>
        <w:tc>
          <w:tcPr>
            <w:tcW w:w="1134" w:type="dxa"/>
            <w:vAlign w:val="center"/>
          </w:tcPr>
          <w:p w14:paraId="08739F0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136</w:t>
            </w:r>
          </w:p>
        </w:tc>
        <w:tc>
          <w:tcPr>
            <w:tcW w:w="1276" w:type="dxa"/>
            <w:vAlign w:val="center"/>
          </w:tcPr>
          <w:p w14:paraId="56A91893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RD</w:t>
            </w:r>
          </w:p>
        </w:tc>
        <w:tc>
          <w:tcPr>
            <w:tcW w:w="5834" w:type="dxa"/>
            <w:vAlign w:val="center"/>
          </w:tcPr>
          <w:p w14:paraId="3020A65B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Bij T-splitsing Hommeldijk vervolgen</w:t>
            </w:r>
          </w:p>
        </w:tc>
        <w:tc>
          <w:tcPr>
            <w:tcW w:w="970" w:type="dxa"/>
            <w:vAlign w:val="center"/>
          </w:tcPr>
          <w:p w14:paraId="6F9ABA9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389E1709" w14:textId="77777777" w:rsidTr="00077CF9">
        <w:trPr>
          <w:jc w:val="center"/>
        </w:trPr>
        <w:tc>
          <w:tcPr>
            <w:tcW w:w="1134" w:type="dxa"/>
            <w:vAlign w:val="center"/>
          </w:tcPr>
          <w:p w14:paraId="35CD7D4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137</w:t>
            </w:r>
          </w:p>
        </w:tc>
        <w:tc>
          <w:tcPr>
            <w:tcW w:w="1276" w:type="dxa"/>
            <w:vAlign w:val="center"/>
          </w:tcPr>
          <w:p w14:paraId="274C95E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401F1808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Bij bordje “Rondje Haarlem”</w:t>
            </w:r>
          </w:p>
        </w:tc>
        <w:tc>
          <w:tcPr>
            <w:tcW w:w="970" w:type="dxa"/>
            <w:vAlign w:val="center"/>
          </w:tcPr>
          <w:p w14:paraId="03E9BA5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1479196E" w14:textId="77777777" w:rsidTr="00077CF9">
        <w:trPr>
          <w:jc w:val="center"/>
        </w:trPr>
        <w:tc>
          <w:tcPr>
            <w:tcW w:w="1134" w:type="dxa"/>
            <w:vAlign w:val="center"/>
          </w:tcPr>
          <w:p w14:paraId="23E68B0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138</w:t>
            </w:r>
          </w:p>
        </w:tc>
        <w:tc>
          <w:tcPr>
            <w:tcW w:w="1276" w:type="dxa"/>
            <w:vAlign w:val="center"/>
          </w:tcPr>
          <w:p w14:paraId="5E70BF2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661D758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Op 1e kruising (smaller pad)</w:t>
            </w:r>
          </w:p>
        </w:tc>
        <w:tc>
          <w:tcPr>
            <w:tcW w:w="970" w:type="dxa"/>
            <w:vAlign w:val="center"/>
          </w:tcPr>
          <w:p w14:paraId="128F09D6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A44E6A" w14:paraId="481578CD" w14:textId="77777777" w:rsidTr="00077CF9">
        <w:trPr>
          <w:jc w:val="center"/>
        </w:trPr>
        <w:tc>
          <w:tcPr>
            <w:tcW w:w="1134" w:type="dxa"/>
            <w:vAlign w:val="center"/>
          </w:tcPr>
          <w:p w14:paraId="04D15DC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139</w:t>
            </w:r>
          </w:p>
        </w:tc>
        <w:tc>
          <w:tcPr>
            <w:tcW w:w="1276" w:type="dxa"/>
            <w:vAlign w:val="center"/>
          </w:tcPr>
          <w:p w14:paraId="6F06E2A5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7631C7DA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Langs speelweide richting Restaurant Molenplas</w:t>
            </w:r>
          </w:p>
        </w:tc>
        <w:tc>
          <w:tcPr>
            <w:tcW w:w="970" w:type="dxa"/>
            <w:vAlign w:val="center"/>
          </w:tcPr>
          <w:p w14:paraId="6ECCF66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2011F25B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7AC830E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140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6D09055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RA</w:t>
            </w:r>
          </w:p>
        </w:tc>
        <w:tc>
          <w:tcPr>
            <w:tcW w:w="5834" w:type="dxa"/>
            <w:shd w:val="clear" w:color="auto" w:fill="000000"/>
            <w:vAlign w:val="center"/>
          </w:tcPr>
          <w:p w14:paraId="0E1F3C11" w14:textId="58CC1330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Restaurant </w:t>
            </w:r>
            <w:proofErr w:type="gramStart"/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>Molenplas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 &lt;</w:t>
            </w:r>
            <w:proofErr w:type="gramEnd"/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&lt;RUST&gt;&gt; 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(KM5H consumptiebon)</w:t>
            </w:r>
            <w:r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br/>
              <w:t>Open van 12.00 tot 17.30</w:t>
            </w:r>
            <w:r w:rsidR="00775FBA" w:rsidRPr="00136EC4">
              <w:rPr>
                <w:rFonts w:ascii="Verdana" w:hAnsi="Verdana"/>
                <w:b/>
                <w:color w:val="FFFFFF"/>
                <w:sz w:val="18"/>
                <w:szCs w:val="18"/>
                <w:lang w:val="nl-NL"/>
              </w:rPr>
              <w:t xml:space="preserve">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5F50211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color w:val="FFFFFF"/>
                <w:sz w:val="18"/>
                <w:szCs w:val="18"/>
              </w:rPr>
              <w:t>77</w:t>
            </w:r>
          </w:p>
        </w:tc>
      </w:tr>
      <w:tr w:rsidR="00D26906" w:rsidRPr="00136EC4" w14:paraId="270D87BB" w14:textId="77777777" w:rsidTr="00077CF9">
        <w:trPr>
          <w:jc w:val="center"/>
        </w:trPr>
        <w:tc>
          <w:tcPr>
            <w:tcW w:w="1134" w:type="dxa"/>
            <w:vAlign w:val="center"/>
          </w:tcPr>
          <w:p w14:paraId="6B8B4AB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141</w:t>
            </w:r>
          </w:p>
        </w:tc>
        <w:tc>
          <w:tcPr>
            <w:tcW w:w="1276" w:type="dxa"/>
            <w:vAlign w:val="center"/>
          </w:tcPr>
          <w:p w14:paraId="59BE87D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7D6E9E91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Pad vervolgen na rust</w:t>
            </w:r>
          </w:p>
        </w:tc>
        <w:tc>
          <w:tcPr>
            <w:tcW w:w="970" w:type="dxa"/>
            <w:vAlign w:val="center"/>
          </w:tcPr>
          <w:p w14:paraId="17C621DB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9D5D03B" w14:textId="77777777" w:rsidTr="00077CF9">
        <w:trPr>
          <w:jc w:val="center"/>
        </w:trPr>
        <w:tc>
          <w:tcPr>
            <w:tcW w:w="1134" w:type="dxa"/>
            <w:vAlign w:val="center"/>
          </w:tcPr>
          <w:p w14:paraId="4D1CDB1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142</w:t>
            </w:r>
          </w:p>
        </w:tc>
        <w:tc>
          <w:tcPr>
            <w:tcW w:w="1276" w:type="dxa"/>
            <w:vAlign w:val="center"/>
          </w:tcPr>
          <w:p w14:paraId="670EBAA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3B1A9D30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Op kruising met paaltjes</w:t>
            </w:r>
          </w:p>
        </w:tc>
        <w:tc>
          <w:tcPr>
            <w:tcW w:w="970" w:type="dxa"/>
            <w:vAlign w:val="center"/>
          </w:tcPr>
          <w:p w14:paraId="070D071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7B3577F0" w14:textId="77777777" w:rsidTr="00077CF9">
        <w:trPr>
          <w:jc w:val="center"/>
        </w:trPr>
        <w:tc>
          <w:tcPr>
            <w:tcW w:w="1134" w:type="dxa"/>
            <w:vAlign w:val="center"/>
          </w:tcPr>
          <w:p w14:paraId="3AA216DD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143</w:t>
            </w:r>
          </w:p>
        </w:tc>
        <w:tc>
          <w:tcPr>
            <w:tcW w:w="1276" w:type="dxa"/>
            <w:vAlign w:val="center"/>
          </w:tcPr>
          <w:p w14:paraId="7753F54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6AF65CB8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Bruggetje over en direct</w:t>
            </w:r>
          </w:p>
        </w:tc>
        <w:tc>
          <w:tcPr>
            <w:tcW w:w="970" w:type="dxa"/>
            <w:vAlign w:val="center"/>
          </w:tcPr>
          <w:p w14:paraId="084FDF48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7A20B1D5" w14:textId="77777777" w:rsidTr="00077CF9">
        <w:trPr>
          <w:jc w:val="center"/>
        </w:trPr>
        <w:tc>
          <w:tcPr>
            <w:tcW w:w="1134" w:type="dxa"/>
            <w:vAlign w:val="center"/>
          </w:tcPr>
          <w:p w14:paraId="4D47278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144</w:t>
            </w:r>
          </w:p>
        </w:tc>
        <w:tc>
          <w:tcPr>
            <w:tcW w:w="1276" w:type="dxa"/>
            <w:vAlign w:val="center"/>
          </w:tcPr>
          <w:p w14:paraId="3DC42AC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9A8F73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Klaphek door, grindpad</w:t>
            </w:r>
          </w:p>
        </w:tc>
        <w:tc>
          <w:tcPr>
            <w:tcW w:w="970" w:type="dxa"/>
            <w:vAlign w:val="center"/>
          </w:tcPr>
          <w:p w14:paraId="5221EA2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1CE6CEC6" w14:textId="77777777" w:rsidTr="00077CF9">
        <w:trPr>
          <w:jc w:val="center"/>
        </w:trPr>
        <w:tc>
          <w:tcPr>
            <w:tcW w:w="1134" w:type="dxa"/>
            <w:vAlign w:val="center"/>
          </w:tcPr>
          <w:p w14:paraId="5353262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145</w:t>
            </w:r>
          </w:p>
        </w:tc>
        <w:tc>
          <w:tcPr>
            <w:tcW w:w="1276" w:type="dxa"/>
            <w:vAlign w:val="center"/>
          </w:tcPr>
          <w:p w14:paraId="37EB5DB1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B7619A1" w14:textId="77777777" w:rsidR="00D26906" w:rsidRPr="00136EC4" w:rsidRDefault="00000000">
            <w:pPr>
              <w:rPr>
                <w:rFonts w:ascii="Verdana" w:hAnsi="Verdana"/>
                <w:szCs w:val="17"/>
                <w:lang w:val="nl-NL"/>
              </w:rPr>
            </w:pPr>
            <w:r w:rsidRPr="00136EC4">
              <w:rPr>
                <w:rFonts w:ascii="Verdana" w:hAnsi="Verdana"/>
                <w:szCs w:val="17"/>
                <w:lang w:val="nl-NL"/>
              </w:rPr>
              <w:t xml:space="preserve">Rechts aanhouden, na volgend klaphek </w:t>
            </w:r>
            <w:proofErr w:type="spellStart"/>
            <w:r w:rsidRPr="00136EC4">
              <w:rPr>
                <w:rFonts w:ascii="Verdana" w:hAnsi="Verdana"/>
                <w:szCs w:val="17"/>
                <w:lang w:val="nl-NL"/>
              </w:rPr>
              <w:t>asfaltpad</w:t>
            </w:r>
            <w:proofErr w:type="spellEnd"/>
            <w:r w:rsidRPr="00136EC4">
              <w:rPr>
                <w:rFonts w:ascii="Verdana" w:hAnsi="Verdana"/>
                <w:szCs w:val="17"/>
                <w:lang w:val="nl-NL"/>
              </w:rPr>
              <w:t xml:space="preserve"> langs Ringvaart</w:t>
            </w:r>
          </w:p>
        </w:tc>
        <w:tc>
          <w:tcPr>
            <w:tcW w:w="970" w:type="dxa"/>
            <w:vAlign w:val="center"/>
          </w:tcPr>
          <w:p w14:paraId="5CC21685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75A6D646" w14:textId="77777777" w:rsidTr="00077CF9">
        <w:trPr>
          <w:jc w:val="center"/>
        </w:trPr>
        <w:tc>
          <w:tcPr>
            <w:tcW w:w="1134" w:type="dxa"/>
            <w:vAlign w:val="center"/>
          </w:tcPr>
          <w:p w14:paraId="5D974F54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146</w:t>
            </w:r>
          </w:p>
        </w:tc>
        <w:tc>
          <w:tcPr>
            <w:tcW w:w="1276" w:type="dxa"/>
            <w:vAlign w:val="center"/>
          </w:tcPr>
          <w:p w14:paraId="10CB3BB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5FBE61B3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Brug over en direct</w:t>
            </w:r>
          </w:p>
        </w:tc>
        <w:tc>
          <w:tcPr>
            <w:tcW w:w="970" w:type="dxa"/>
            <w:vAlign w:val="center"/>
          </w:tcPr>
          <w:p w14:paraId="25B6ECCA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213384F4" w14:textId="77777777" w:rsidTr="00077CF9">
        <w:trPr>
          <w:jc w:val="center"/>
        </w:trPr>
        <w:tc>
          <w:tcPr>
            <w:tcW w:w="1134" w:type="dxa"/>
            <w:vAlign w:val="center"/>
          </w:tcPr>
          <w:p w14:paraId="1C7733E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147</w:t>
            </w:r>
          </w:p>
        </w:tc>
        <w:tc>
          <w:tcPr>
            <w:tcW w:w="1276" w:type="dxa"/>
            <w:vAlign w:val="center"/>
          </w:tcPr>
          <w:p w14:paraId="240F74D9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0025E56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Ringvaart</w:t>
            </w:r>
          </w:p>
        </w:tc>
        <w:tc>
          <w:tcPr>
            <w:tcW w:w="970" w:type="dxa"/>
            <w:vAlign w:val="center"/>
          </w:tcPr>
          <w:p w14:paraId="75E9B0E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116029B5" w14:textId="77777777" w:rsidTr="00077CF9">
        <w:trPr>
          <w:jc w:val="center"/>
        </w:trPr>
        <w:tc>
          <w:tcPr>
            <w:tcW w:w="1134" w:type="dxa"/>
            <w:vAlign w:val="center"/>
          </w:tcPr>
          <w:p w14:paraId="5080446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148</w:t>
            </w:r>
          </w:p>
        </w:tc>
        <w:tc>
          <w:tcPr>
            <w:tcW w:w="1276" w:type="dxa"/>
            <w:vAlign w:val="center"/>
          </w:tcPr>
          <w:p w14:paraId="63CD135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4D6C987F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De Klugt</w:t>
            </w:r>
          </w:p>
        </w:tc>
        <w:tc>
          <w:tcPr>
            <w:tcW w:w="970" w:type="dxa"/>
            <w:vAlign w:val="center"/>
          </w:tcPr>
          <w:p w14:paraId="5A232570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44A4895E" w14:textId="77777777" w:rsidTr="00077CF9">
        <w:trPr>
          <w:jc w:val="center"/>
        </w:trPr>
        <w:tc>
          <w:tcPr>
            <w:tcW w:w="1134" w:type="dxa"/>
            <w:vAlign w:val="center"/>
          </w:tcPr>
          <w:p w14:paraId="312CCD70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149</w:t>
            </w:r>
          </w:p>
        </w:tc>
        <w:tc>
          <w:tcPr>
            <w:tcW w:w="1276" w:type="dxa"/>
            <w:vAlign w:val="center"/>
          </w:tcPr>
          <w:p w14:paraId="1ED1FC82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LA</w:t>
            </w:r>
          </w:p>
        </w:tc>
        <w:tc>
          <w:tcPr>
            <w:tcW w:w="5834" w:type="dxa"/>
            <w:vAlign w:val="center"/>
          </w:tcPr>
          <w:p w14:paraId="78D0D141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Kromme Spieringweg</w:t>
            </w:r>
          </w:p>
        </w:tc>
        <w:tc>
          <w:tcPr>
            <w:tcW w:w="970" w:type="dxa"/>
            <w:vAlign w:val="center"/>
          </w:tcPr>
          <w:p w14:paraId="7DF89622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6B22764C" w14:textId="77777777" w:rsidTr="00077CF9">
        <w:trPr>
          <w:jc w:val="center"/>
        </w:trPr>
        <w:tc>
          <w:tcPr>
            <w:tcW w:w="1134" w:type="dxa"/>
            <w:vAlign w:val="center"/>
          </w:tcPr>
          <w:p w14:paraId="7736AE17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150</w:t>
            </w:r>
          </w:p>
        </w:tc>
        <w:tc>
          <w:tcPr>
            <w:tcW w:w="1276" w:type="dxa"/>
            <w:vAlign w:val="center"/>
          </w:tcPr>
          <w:p w14:paraId="07C1AB7C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2BDC6294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Vijfhuizerweg</w:t>
            </w:r>
          </w:p>
        </w:tc>
        <w:tc>
          <w:tcPr>
            <w:tcW w:w="970" w:type="dxa"/>
            <w:vAlign w:val="center"/>
          </w:tcPr>
          <w:p w14:paraId="40BE99E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A44E6A" w14:paraId="55EC7079" w14:textId="77777777" w:rsidTr="00077CF9">
        <w:trPr>
          <w:jc w:val="center"/>
        </w:trPr>
        <w:tc>
          <w:tcPr>
            <w:tcW w:w="1134" w:type="dxa"/>
            <w:vAlign w:val="center"/>
          </w:tcPr>
          <w:p w14:paraId="242143D6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151</w:t>
            </w:r>
          </w:p>
        </w:tc>
        <w:tc>
          <w:tcPr>
            <w:tcW w:w="1276" w:type="dxa"/>
            <w:vAlign w:val="center"/>
          </w:tcPr>
          <w:p w14:paraId="2B3436BE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RA</w:t>
            </w:r>
          </w:p>
        </w:tc>
        <w:tc>
          <w:tcPr>
            <w:tcW w:w="5834" w:type="dxa"/>
            <w:vAlign w:val="center"/>
          </w:tcPr>
          <w:p w14:paraId="0D24F43D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sz w:val="18"/>
                <w:szCs w:val="18"/>
                <w:lang w:val="nl-NL"/>
              </w:rPr>
              <w:t>Spieringweg en direct, na 10 meter</w:t>
            </w:r>
          </w:p>
        </w:tc>
        <w:tc>
          <w:tcPr>
            <w:tcW w:w="970" w:type="dxa"/>
            <w:vAlign w:val="center"/>
          </w:tcPr>
          <w:p w14:paraId="5DBA7A23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26906" w:rsidRPr="00136EC4" w14:paraId="598D8813" w14:textId="77777777" w:rsidTr="00077CF9">
        <w:trPr>
          <w:jc w:val="center"/>
        </w:trPr>
        <w:tc>
          <w:tcPr>
            <w:tcW w:w="1134" w:type="dxa"/>
            <w:vAlign w:val="center"/>
          </w:tcPr>
          <w:p w14:paraId="6AA3B10A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152</w:t>
            </w:r>
          </w:p>
        </w:tc>
        <w:tc>
          <w:tcPr>
            <w:tcW w:w="1276" w:type="dxa"/>
            <w:vAlign w:val="center"/>
          </w:tcPr>
          <w:p w14:paraId="24CBB9BB" w14:textId="77777777" w:rsidR="00D26906" w:rsidRPr="00136EC4" w:rsidRDefault="00000000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 xml:space="preserve">LA </w:t>
            </w:r>
          </w:p>
        </w:tc>
        <w:tc>
          <w:tcPr>
            <w:tcW w:w="5834" w:type="dxa"/>
            <w:vAlign w:val="center"/>
          </w:tcPr>
          <w:p w14:paraId="36A10065" w14:textId="77777777" w:rsidR="00D26906" w:rsidRPr="00136EC4" w:rsidRDefault="00000000">
            <w:pPr>
              <w:rPr>
                <w:rFonts w:ascii="Verdana" w:hAnsi="Verdana"/>
                <w:sz w:val="18"/>
                <w:szCs w:val="18"/>
              </w:rPr>
            </w:pPr>
            <w:r w:rsidRPr="00136EC4">
              <w:rPr>
                <w:rFonts w:ascii="Verdana" w:hAnsi="Verdana"/>
                <w:sz w:val="18"/>
                <w:szCs w:val="18"/>
              </w:rPr>
              <w:t>Spieringweg oversteken, voetpad volgen</w:t>
            </w:r>
          </w:p>
        </w:tc>
        <w:tc>
          <w:tcPr>
            <w:tcW w:w="970" w:type="dxa"/>
            <w:vAlign w:val="center"/>
          </w:tcPr>
          <w:p w14:paraId="5998E4C7" w14:textId="77777777" w:rsidR="00D26906" w:rsidRPr="00136EC4" w:rsidRDefault="00D2690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D26906" w:rsidRPr="00136EC4" w14:paraId="62E84090" w14:textId="77777777" w:rsidTr="00077CF9">
        <w:trPr>
          <w:jc w:val="center"/>
        </w:trPr>
        <w:tc>
          <w:tcPr>
            <w:tcW w:w="1134" w:type="dxa"/>
            <w:shd w:val="clear" w:color="auto" w:fill="000000"/>
            <w:vAlign w:val="center"/>
          </w:tcPr>
          <w:p w14:paraId="25AA1C51" w14:textId="77777777" w:rsidR="00D26906" w:rsidRPr="00136EC4" w:rsidRDefault="0000000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153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0A0D19FC" w14:textId="77777777" w:rsidR="00D26906" w:rsidRPr="00136EC4" w:rsidRDefault="0000000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LA</w:t>
            </w:r>
          </w:p>
        </w:tc>
        <w:tc>
          <w:tcPr>
            <w:tcW w:w="5834" w:type="dxa"/>
            <w:shd w:val="clear" w:color="auto" w:fill="000000"/>
            <w:vAlign w:val="center"/>
          </w:tcPr>
          <w:p w14:paraId="33AA81C2" w14:textId="1CFD57DE" w:rsidR="00D26906" w:rsidRPr="00136EC4" w:rsidRDefault="00000000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  <w:lang w:val="nl-NL"/>
              </w:rPr>
              <w:t xml:space="preserve">Brug </w:t>
            </w:r>
            <w:proofErr w:type="gramStart"/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  <w:lang w:val="nl-NL"/>
              </w:rPr>
              <w:t>over  Zijdewinde</w:t>
            </w:r>
            <w:proofErr w:type="gramEnd"/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  <w:lang w:val="nl-NL"/>
              </w:rPr>
              <w:t xml:space="preserve"> tot &lt;&lt;FINISH&gt;&gt;</w:t>
            </w:r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  <w:lang w:val="nl-NL"/>
              </w:rPr>
              <w:br/>
              <w:t>Open van 12.00 tot 18.00</w:t>
            </w:r>
            <w:r w:rsidR="00775FBA"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  <w:lang w:val="nl-NL"/>
              </w:rPr>
              <w:t xml:space="preserve"> uur</w:t>
            </w:r>
          </w:p>
        </w:tc>
        <w:tc>
          <w:tcPr>
            <w:tcW w:w="970" w:type="dxa"/>
            <w:shd w:val="clear" w:color="auto" w:fill="000000"/>
            <w:vAlign w:val="center"/>
          </w:tcPr>
          <w:p w14:paraId="2F40C592" w14:textId="438F0F5A" w:rsidR="00D26906" w:rsidRPr="00136EC4" w:rsidRDefault="0000000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36EC4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80</w:t>
            </w:r>
          </w:p>
        </w:tc>
      </w:tr>
    </w:tbl>
    <w:p w14:paraId="719B174F" w14:textId="77777777" w:rsidR="00136EC4" w:rsidRDefault="00136EC4">
      <w:pPr>
        <w:spacing w:before="160"/>
        <w:rPr>
          <w:rFonts w:ascii="Verdana" w:hAnsi="Verdana"/>
          <w:b/>
          <w:sz w:val="24"/>
        </w:rPr>
      </w:pPr>
    </w:p>
    <w:p w14:paraId="7D9409DA" w14:textId="77777777" w:rsidR="00136EC4" w:rsidRDefault="00136EC4">
      <w:pPr>
        <w:spacing w:before="160"/>
        <w:rPr>
          <w:rFonts w:ascii="Verdana" w:hAnsi="Verdana"/>
          <w:b/>
          <w:sz w:val="24"/>
        </w:rPr>
      </w:pPr>
    </w:p>
    <w:p w14:paraId="0301BBF1" w14:textId="65DA2A42" w:rsidR="00D26906" w:rsidRPr="00965D45" w:rsidRDefault="00000000">
      <w:pPr>
        <w:spacing w:before="160"/>
        <w:rPr>
          <w:rFonts w:ascii="Verdana" w:hAnsi="Verdana"/>
        </w:rPr>
      </w:pPr>
      <w:r w:rsidRPr="00965D45">
        <w:rPr>
          <w:rFonts w:ascii="Verdana" w:hAnsi="Verdana"/>
          <w:b/>
          <w:sz w:val="24"/>
        </w:rPr>
        <w:t>BELANGRIJKE INFORMATIE</w:t>
      </w:r>
    </w:p>
    <w:p w14:paraId="27903B2E" w14:textId="00454751" w:rsidR="00136EC4" w:rsidRDefault="00136EC4">
      <w:pPr>
        <w:spacing w:after="60"/>
        <w:rPr>
          <w:rFonts w:ascii="Verdana" w:hAnsi="Verdana"/>
          <w:sz w:val="20"/>
          <w:szCs w:val="20"/>
          <w:lang w:val="nl-NL"/>
        </w:rPr>
      </w:pPr>
      <w:r w:rsidRPr="00136EC4">
        <w:rPr>
          <w:rFonts w:ascii="Verdana" w:hAnsi="Verdana"/>
          <w:sz w:val="20"/>
          <w:szCs w:val="20"/>
          <w:lang w:val="nl-NL"/>
        </w:rPr>
        <w:t>Voor medische hulp kunt u terecht bij de EHBO op de rustposten. Is eerder medische hulp nodig, of valt u uit op een andere locatie dan een rustpost, neem dan telefonisch contact op met de centrale post: Jeroen van Heiningen, 06-12856023.</w:t>
      </w:r>
    </w:p>
    <w:p w14:paraId="78F13245" w14:textId="77777777" w:rsidR="00136EC4" w:rsidRDefault="00136EC4">
      <w:pPr>
        <w:spacing w:after="60"/>
        <w:rPr>
          <w:rFonts w:ascii="Verdana" w:hAnsi="Verdana"/>
          <w:sz w:val="20"/>
          <w:szCs w:val="20"/>
          <w:lang w:val="nl-NL"/>
        </w:rPr>
      </w:pPr>
    </w:p>
    <w:p w14:paraId="7D0DE943" w14:textId="1BCB11E4" w:rsidR="00136EC4" w:rsidRPr="00136EC4" w:rsidRDefault="00136EC4" w:rsidP="00136EC4">
      <w:pPr>
        <w:spacing w:after="60"/>
        <w:jc w:val="center"/>
        <w:rPr>
          <w:rFonts w:ascii="Verdana" w:hAnsi="Verdana"/>
          <w:sz w:val="20"/>
          <w:szCs w:val="20"/>
          <w:lang w:val="nl-NL"/>
        </w:rPr>
      </w:pPr>
      <w:r>
        <w:rPr>
          <w:rFonts w:ascii="Verdana" w:hAnsi="Verdana"/>
          <w:noProof/>
          <w:sz w:val="20"/>
          <w:szCs w:val="20"/>
          <w:lang w:val="nl-NL"/>
        </w:rPr>
        <w:drawing>
          <wp:inline distT="0" distB="0" distL="0" distR="0" wp14:anchorId="3581BE6D" wp14:editId="682E80E7">
            <wp:extent cx="2167847" cy="899426"/>
            <wp:effectExtent l="0" t="0" r="4445" b="2540"/>
            <wp:docPr id="1198461336" name="Afbeelding 2" descr="Afbeelding met ontwerp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461336" name="Afbeelding 2" descr="Afbeelding met ontwerp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4008" cy="91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6EC4" w:rsidRPr="00136EC4" w:rsidSect="00034616">
      <w:pgSz w:w="12240" w:h="15840"/>
      <w:pgMar w:top="624" w:right="624" w:bottom="624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8449430">
    <w:abstractNumId w:val="8"/>
  </w:num>
  <w:num w:numId="2" w16cid:durableId="1587767616">
    <w:abstractNumId w:val="6"/>
  </w:num>
  <w:num w:numId="3" w16cid:durableId="1025907257">
    <w:abstractNumId w:val="5"/>
  </w:num>
  <w:num w:numId="4" w16cid:durableId="113057247">
    <w:abstractNumId w:val="4"/>
  </w:num>
  <w:num w:numId="5" w16cid:durableId="749472881">
    <w:abstractNumId w:val="7"/>
  </w:num>
  <w:num w:numId="6" w16cid:durableId="1079474590">
    <w:abstractNumId w:val="3"/>
  </w:num>
  <w:num w:numId="7" w16cid:durableId="1536500662">
    <w:abstractNumId w:val="2"/>
  </w:num>
  <w:num w:numId="8" w16cid:durableId="394548949">
    <w:abstractNumId w:val="1"/>
  </w:num>
  <w:num w:numId="9" w16cid:durableId="37974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CF9"/>
    <w:rsid w:val="00136EC4"/>
    <w:rsid w:val="0015074B"/>
    <w:rsid w:val="0029639D"/>
    <w:rsid w:val="00326F90"/>
    <w:rsid w:val="006F10BE"/>
    <w:rsid w:val="00775FBA"/>
    <w:rsid w:val="00965D45"/>
    <w:rsid w:val="00A44E6A"/>
    <w:rsid w:val="00AA1D8D"/>
    <w:rsid w:val="00B47730"/>
    <w:rsid w:val="00CB0664"/>
    <w:rsid w:val="00D269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1E654"/>
  <w14:defaultImageDpi w14:val="300"/>
  <w15:docId w15:val="{563C28F6-8D66-4247-9DEE-6F95D4594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17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1148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Nadine Olsthoorn-Bos</cp:lastModifiedBy>
  <cp:revision>5</cp:revision>
  <dcterms:created xsi:type="dcterms:W3CDTF">2026-08-17T12:54:00Z</dcterms:created>
  <dcterms:modified xsi:type="dcterms:W3CDTF">2026-08-17T13:16:00Z</dcterms:modified>
  <cp:category/>
</cp:coreProperties>
</file>